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ind w:firstLine="0"/>
        <w:jc w:val="center"/>
      </w:pPr>
      <w:r>
        <w:rPr>
          <w:b/>
        </w:rPr>
        <w:t>FARGʻONA DAVLAT UNIVERSITETI</w:t>
      </w:r>
    </w:p>
    <w:p>
      <w:pPr>
        <w:spacing w:before="2200"/>
        <w:ind w:firstLine="0"/>
        <w:jc w:val="center"/>
      </w:pPr>
      <w:r>
        <w:rPr>
          <w:b/>
          <w:sz w:val="32"/>
        </w:rPr>
        <w:t>«Raqamli iqtisodiyot» fanidan</w:t>
      </w:r>
    </w:p>
    <w:p>
      <w:pPr>
        <w:spacing w:before="200"/>
        <w:ind w:firstLine="0"/>
        <w:jc w:val="center"/>
      </w:pPr>
      <w:r>
        <w:rPr>
          <w:b/>
          <w:sz w:val="48"/>
        </w:rPr>
        <w:t>KURS ISHI</w:t>
      </w:r>
    </w:p>
    <w:p>
      <w:pPr>
        <w:spacing w:before="480"/>
        <w:ind w:firstLine="0"/>
        <w:jc w:val="center"/>
      </w:pPr>
      <w:r>
        <w:rPr>
          <w:b/>
          <w:sz w:val="32"/>
        </w:rPr>
        <w:t>Mavzu: Oʻzbekistonda raqamli iqtisodiyotni rivojlantirishning asosiy yoʻnalishlari</w:t>
      </w:r>
    </w:p>
    <w:p>
      <w:pPr>
        <w:spacing w:before="960"/>
        <w:ind w:firstLine="0"/>
        <w:jc w:val="right"/>
      </w:pPr>
      <w:r>
        <w:rPr>
          <w:b w:val="0"/>
        </w:rPr>
        <w:t>Bajardi: Dilnoza Rahimova</w:t>
      </w:r>
    </w:p>
    <w:p>
      <w:pPr>
        <w:spacing w:before="120"/>
        <w:ind w:firstLine="0"/>
        <w:jc w:val="right"/>
      </w:pPr>
      <w:r>
        <w:rPr>
          <w:b w:val="0"/>
        </w:rPr>
        <w:t>Guruh: IQT-31</w:t>
      </w:r>
    </w:p>
    <w:p>
      <w:pPr>
        <w:spacing w:before="240"/>
        <w:ind w:firstLine="0"/>
        <w:jc w:val="right"/>
      </w:pPr>
      <w:r>
        <w:rPr>
          <w:b w:val="0"/>
        </w:rPr>
        <w:t>Ilmiy rahbar: i.f.n., dots. A. Xolmatov</w:t>
      </w:r>
    </w:p>
    <w:p>
      <w:pPr>
        <w:framePr w:vAnchor="margin" w:yAlign="bottom" w:hAnchor="margin" w:xAlign="center" w:wrap="around"/>
        <w:ind w:firstLine="0"/>
        <w:jc w:val="center"/>
      </w:pPr>
      <w:r>
        <w:t>Fargʻona-2026</w:t>
      </w:r>
    </w:p>
    <w:p>
      <w:pPr>
        <w:keepNext/>
        <w:pageBreakBefore/>
        <w:spacing w:before="0" w:after="0"/>
        <w:ind w:firstLine="0"/>
        <w:jc w:val="center"/>
      </w:pPr>
      <w:r>
        <w:rPr>
          <w:b/>
        </w:rPr>
        <w:t>MUNDARIJA</w:t>
      </w:r>
    </w:p>
    <w:p>
      <w:pPr>
        <w:tabs>
          <w:tab w:pos="9354" w:val="right" w:leader="dot"/>
        </w:tabs>
        <w:spacing w:line="240" w:lineRule="auto"/>
        <w:ind w:firstLine="0"/>
        <w:jc w:val="left"/>
      </w:pPr>
      <w:r>
        <w:fldChar w:fldCharType="begin"/>
        <w:instrText xml:space="preserve">TOC \o "1-2" \h \z \u</w:instrText>
        <w:fldChar w:fldCharType="separate"/>
      </w:r>
      <w:r>
        <w:t>KIRISH</w:t>
        <w:tab/>
        <w:t>3</w:t>
      </w:r>
    </w:p>
    <w:p>
      <w:pPr>
        <w:tabs>
          <w:tab w:pos="9354" w:val="right" w:leader="dot"/>
        </w:tabs>
        <w:spacing w:line="240" w:lineRule="auto"/>
        <w:ind w:firstLine="0"/>
        <w:jc w:val="left"/>
      </w:pPr>
      <w:r>
        <w:t>I BOB. RAQAMLI IQTISODIYOTNING NAZARIY-METODOLOGIK ASOSLARI</w:t>
        <w:tab/>
        <w:t>6</w:t>
      </w:r>
    </w:p>
    <w:p>
      <w:pPr>
        <w:tabs>
          <w:tab w:pos="9354" w:val="right" w:leader="dot"/>
        </w:tabs>
        <w:spacing w:line="240" w:lineRule="auto"/>
        <w:ind w:firstLine="0" w:left="425"/>
        <w:jc w:val="left"/>
      </w:pPr>
      <w:r>
        <w:t>1.1. Raqamli iqtisodiyot tushunchasi va uning asosiy elementlari</w:t>
        <w:tab/>
        <w:t>6</w:t>
      </w:r>
    </w:p>
    <w:p>
      <w:pPr>
        <w:tabs>
          <w:tab w:pos="9354" w:val="right" w:leader="dot"/>
        </w:tabs>
        <w:spacing w:line="240" w:lineRule="auto"/>
        <w:ind w:firstLine="0" w:left="425"/>
        <w:jc w:val="left"/>
      </w:pPr>
      <w:r>
        <w:t>1.2. Raqamli iqtisodiyotning shakllanishi va rivojlanish bosqichlari</w:t>
        <w:tab/>
        <w:t>8</w:t>
      </w:r>
    </w:p>
    <w:p>
      <w:pPr>
        <w:tabs>
          <w:tab w:pos="9354" w:val="right" w:leader="dot"/>
        </w:tabs>
        <w:spacing w:line="240" w:lineRule="auto"/>
        <w:ind w:firstLine="0" w:left="425"/>
        <w:jc w:val="left"/>
      </w:pPr>
      <w:r>
        <w:t>1.3. Jahon mamlakatlarida raqamli iqtisodiyotni rivojlantirish tajribasi</w:t>
        <w:tab/>
        <w:t>11</w:t>
      </w:r>
    </w:p>
    <w:p>
      <w:pPr>
        <w:tabs>
          <w:tab w:pos="9354" w:val="right" w:leader="dot"/>
        </w:tabs>
        <w:spacing w:line="240" w:lineRule="auto"/>
        <w:ind w:firstLine="0" w:left="425"/>
        <w:jc w:val="left"/>
      </w:pPr>
      <w:r>
        <w:t>1.4. Raqamli iqtisodiyotni oʻlchash va baholash koʻrsatkichlari</w:t>
        <w:tab/>
        <w:t>14</w:t>
      </w:r>
    </w:p>
    <w:p>
      <w:pPr>
        <w:tabs>
          <w:tab w:pos="9354" w:val="right" w:leader="dot"/>
        </w:tabs>
        <w:spacing w:line="240" w:lineRule="auto"/>
        <w:ind w:firstLine="0"/>
        <w:jc w:val="left"/>
      </w:pPr>
      <w:r>
        <w:t>II BOB. OʻZBEKISTONDA RAQAMLI IQTISODIYOTNING HOZIRGI HOLATI VA RIVOJLANISH TENDENSIYALARI</w:t>
        <w:tab/>
        <w:t>18</w:t>
      </w:r>
    </w:p>
    <w:p>
      <w:pPr>
        <w:tabs>
          <w:tab w:pos="9354" w:val="right" w:leader="dot"/>
        </w:tabs>
        <w:spacing w:line="240" w:lineRule="auto"/>
        <w:ind w:firstLine="0" w:left="425"/>
        <w:jc w:val="left"/>
      </w:pPr>
      <w:r>
        <w:t>2.1. Raqamli iqtisodiyotni rivojlantirish boʻyicha davlat siyosati va huquqiy asoslar</w:t>
        <w:tab/>
        <w:t>18</w:t>
      </w:r>
    </w:p>
    <w:p>
      <w:pPr>
        <w:tabs>
          <w:tab w:pos="9354" w:val="right" w:leader="dot"/>
        </w:tabs>
        <w:spacing w:line="240" w:lineRule="auto"/>
        <w:ind w:firstLine="0" w:left="425"/>
        <w:jc w:val="left"/>
      </w:pPr>
      <w:r>
        <w:t>2.2. Raqamli infratuzilma va axborot-kommunikatsiya texnologiyalarining rivojlanishi</w:t>
        <w:tab/>
        <w:t>21</w:t>
      </w:r>
    </w:p>
    <w:p>
      <w:pPr>
        <w:tabs>
          <w:tab w:pos="9354" w:val="right" w:leader="dot"/>
        </w:tabs>
        <w:spacing w:line="240" w:lineRule="auto"/>
        <w:ind w:firstLine="0" w:left="425"/>
        <w:jc w:val="left"/>
      </w:pPr>
      <w:r>
        <w:t>2.3. Elektron tijorat va raqamli xizmatlar bozorining tahlili</w:t>
        <w:tab/>
        <w:t>23</w:t>
      </w:r>
    </w:p>
    <w:p>
      <w:pPr>
        <w:tabs>
          <w:tab w:pos="9354" w:val="right" w:leader="dot"/>
        </w:tabs>
        <w:spacing w:line="240" w:lineRule="auto"/>
        <w:ind w:firstLine="0" w:left="425"/>
        <w:jc w:val="left"/>
      </w:pPr>
      <w:r>
        <w:t>2.4. Raqamli iqtisodiyot rivojlanishidagi asosiy muammolar va toʻsiqlar</w:t>
        <w:tab/>
        <w:t>26</w:t>
      </w:r>
    </w:p>
    <w:p>
      <w:pPr>
        <w:tabs>
          <w:tab w:pos="9354" w:val="right" w:leader="dot"/>
        </w:tabs>
        <w:spacing w:line="240" w:lineRule="auto"/>
        <w:ind w:firstLine="0"/>
        <w:jc w:val="left"/>
      </w:pPr>
      <w:r>
        <w:t>III BOB. OʻZBEKISTONDA RAQAMLI IQTISODIYOTNI RIVOJLANTIRISHNING USTUVOR YOʻNALISHLARI VA ISTIQBOLLARI</w:t>
        <w:tab/>
        <w:t>30</w:t>
      </w:r>
    </w:p>
    <w:p>
      <w:pPr>
        <w:tabs>
          <w:tab w:pos="9354" w:val="right" w:leader="dot"/>
        </w:tabs>
        <w:spacing w:line="240" w:lineRule="auto"/>
        <w:ind w:firstLine="0" w:left="425"/>
        <w:jc w:val="left"/>
      </w:pPr>
      <w:r>
        <w:t>3.1. Raqamli infratuzilmani modernizatsiya qilish va kengaytirish</w:t>
        <w:tab/>
        <w:t>30</w:t>
      </w:r>
    </w:p>
    <w:p>
      <w:pPr>
        <w:tabs>
          <w:tab w:pos="9354" w:val="right" w:leader="dot"/>
        </w:tabs>
        <w:spacing w:line="240" w:lineRule="auto"/>
        <w:ind w:firstLine="0" w:left="425"/>
        <w:jc w:val="left"/>
      </w:pPr>
      <w:r>
        <w:t>3.2. Raqamli koʻnikmalarni oshirish va kadrlar tayyorlash tizimini takomillashtirish</w:t>
        <w:tab/>
        <w:t>32</w:t>
      </w:r>
    </w:p>
    <w:p>
      <w:pPr>
        <w:tabs>
          <w:tab w:pos="9354" w:val="right" w:leader="dot"/>
        </w:tabs>
        <w:spacing w:line="240" w:lineRule="auto"/>
        <w:ind w:firstLine="0" w:left="425"/>
        <w:jc w:val="left"/>
      </w:pPr>
      <w:r>
        <w:t>3.3. Elektron hukumat va raqamli davlat xizmatlarini rivojlantirish</w:t>
        <w:tab/>
        <w:t>35</w:t>
      </w:r>
    </w:p>
    <w:p>
      <w:pPr>
        <w:tabs>
          <w:tab w:pos="9354" w:val="right" w:leader="dot"/>
        </w:tabs>
        <w:spacing w:line="240" w:lineRule="auto"/>
        <w:ind w:firstLine="0" w:left="425"/>
        <w:jc w:val="left"/>
      </w:pPr>
      <w:r>
        <w:t>3.4. Raqamli iqtisodiyotni moliyaviy va institutsional qoʻllab-quvvatlash mexanizmlari</w:t>
        <w:tab/>
        <w:t>38</w:t>
      </w:r>
    </w:p>
    <w:p>
      <w:pPr>
        <w:tabs>
          <w:tab w:pos="9354" w:val="right" w:leader="dot"/>
        </w:tabs>
        <w:spacing w:line="240" w:lineRule="auto"/>
        <w:ind w:firstLine="0"/>
        <w:jc w:val="left"/>
      </w:pPr>
      <w:r>
        <w:t>XULOSA</w:t>
        <w:tab/>
        <w:t>42</w:t>
      </w:r>
    </w:p>
    <w:p>
      <w:pPr>
        <w:tabs>
          <w:tab w:pos="9354" w:val="right" w:leader="dot"/>
        </w:tabs>
        <w:spacing w:line="240" w:lineRule="auto"/>
        <w:ind w:firstLine="0"/>
        <w:jc w:val="left"/>
      </w:pPr>
      <w:r>
        <w:t>FOYDALANILGAN ADABIYOTLAR ROʻYXATI</w:t>
        <w:tab/>
        <w:t>45</w:t>
      </w:r>
      <w:r>
        <w:fldChar w:fldCharType="end"/>
      </w:r>
    </w:p>
    <w:p>
      <w:pPr>
        <w:sectPr>
          <w:footerReference w:type="default" r:id="rId10"/>
          <w:footerReference w:type="first" r:id="rId11"/>
          <w:pgSz w:w="11906" w:h="16838"/>
          <w:pgMar w:top="1134" w:right="850" w:bottom="1134" w:left="1701" w:header="720" w:footer="720" w:gutter="0"/>
          <w:cols w:space="720"/>
          <w:docGrid w:linePitch="360"/>
        </w:sectPr>
      </w:pPr>
    </w:p>
    <w:p>
      <w:pPr>
        <w:pStyle w:val="Heading1"/>
      </w:pPr>
      <w:r>
        <w:t>KIRISH</w:t>
      </w:r>
    </w:p>
    <w:p>
      <w:r>
        <w:t>Zamonaviy dunyo taraqqiyotining hal qiluvchi omiliga aylanib borayotgan raqamli iqtisodiyot bugungi kunda har bir davlatning ijtimoiy-iqtisodiy rivojlanishida muhim oʻrin egallamoqda. Axborot-kommunikatsiya texnologiyalarining jadal surʼatlarda rivojlanishi, sunʼiy intellekt, katta maʼlumotlar, bulutli hisoblash va narsalar interneti kabi innovatsion yechimlarning keng joriy etilishi anʼanaviy iqtisodiy munosabatlarni tubdan oʻzgartirib, ishlab chiqarish samaradorligini oshirish, xizmat koʻrsatish sifatini yaxshilash va yangi bozor imkoniyatlarini yaratish uchun keng yoʻl ochmoqda. Oʻzbekiston Respublikasi ham ushbu global tendensiyadan chetda qolmay, oʻz milliy iqtisodiyotini raqamlashtirish boʻyicha izchil siyosat olib bormoqda. Prezident Shavkat Mirziyoyev taʼkidlaganidek, raqamli iqtisodiyotni rivojlantirish mamlakatimizning eng ustuvor vazifalaridan biri boʻlib, bu sohadagi islohotlarsiz barqaror iqtisodiy oʻsishga erishish va aholi farovonligini oshirish mumkin emas.</w:t>
      </w:r>
    </w:p>
    <w:p>
      <w:r>
        <w:t>Oʻzbekistonda raqamli iqtisodiyotni rivojlantirish masalasi nafaqat iqtisodiy, balki ijtimoiy-siyosiy jihatdan ham dolzarb ahamiyat kasb etadi. Mamlakatimizda amalga oshirilayotgan keng koʻlamli iqtisodiy islohotlar, tadbirkorlikni qoʻllab-quvvatlash, davlat boshqaruvini modernizatsiya qilish va investitsiya muhitini yaxshilash jarayonlari raqamli texnologiyalardan foydalanishni taqozo etmoqda. Xususan, 2017–2021 yillarga moʻljallangan Harakatlar strategiyasi hamda 2022–2026 yillarga moʻljallangan Yangi Oʻzbekiston taraqqiyot strategiyasida raqamli iqtisodiyot va elektron hukumatni rivojlantirish alohida yoʻnalish sifatida belgilangan. Shu bilan birga, mamlakatimizning geografik joylashuvi, yosh va jadal oʻsib borayotgan aholisi, shuningdek xorijiy investitsiyalar uchun ochiqligi raqamli transformatsiya jarayonlarini jadallashtirish uchun qulay sharoit yaratmoqda. Biroq, mavjud infratuzilmaviy cheklovlar, raqamli koʻnikmalarning yetishmasligi, normativ-huquqiy bazaning toʻliq shakllanmaganligi va ayrim institutsional toʻsiqlar ushbu jarayonni sekinlashtiruvchi omillar sifatida namoyon boʻlmoqda.</w:t>
      </w:r>
    </w:p>
    <w:p>
      <w:r>
        <w:t>Tadqiqotning maqsadi Oʻzbekistonda raqamli iqtisodiyotni rivojlantirishning asosiy yoʻnalishlarini kompleks tahlil qilish va uning samaradorligini oshirish boʻyicha ilmiy asoslangan taklif hamda tavsiyalar ishlab chiqishdan iborat. Mazkur maqsadga erishish uchun quyidagi vazifalar belgilab olindi: birinchidan, raqamli iqtisodiyotning nazariy-metodologik asoslarini oʻrganish, uning mohiyati, elementlari va rivojlanish bosqichlarini yoritish; ikkinchidan, jahon mamlakatlarining raqamli iqtisodiyotni rivojlantirish boʻyicha ilgʻor tajribalarini umumlashtirish va Oʻzbekiston sharoitiga moslashtirish imkoniyatlarini baholash; uchinchidan, Oʻzbekistonda raqamli iqtisodiyotning hozirgi holati, davlat siyosati, huquqiy asoslari hamda raqamli infratuzilmaning rivojlanish darajasini tahlil qilish; toʻrtinchidan, elektron tijorat va raqamli xizmatlar bozorining asosiy tendensiyalarini aniqlash hamda sohadagi asosiy muammo va toʻsiqlarni tizimlashtirish; beshinchidan, raqamli iqtisodiyotni rivojlantirishning ustuvor yoʻnalishlari boʻyicha aniq amaliy tavsiyalar ishlab chiqish.</w:t>
      </w:r>
    </w:p>
    <w:p>
      <w:r>
        <w:t>Tadqiqot obyekti sifatida Oʻzbekiston Respublikasining raqamli iqtisodiyoti va uni tashkil etuvchi axborot-kommunikatsiya tizimlari, davlat boshqaruvi hamda xususiy sektor faoliyati tanlangan. Tadqiqot predmetini esa mamlakatda raqamli iqtisodiyotni rivojlantirish jarayonida yuzaga keladigan iqtisodiy, huquqiy va institutsional munosabatlar hamda ularni takomillashtirish mexanizmlari tashkil etadi. Ishning metodologik asosini umumilmiy tadqiqot usullari – tahlil va sintez, induksiya va deduksiya, qiyosiy va statistik tahlil, tizimli yondashuv, shuningdek iqtisodiy-matematik modellashtirish elementlari tashkil etadi. Bundan tashqari, raqamli iqtisodiyotni baholashda xalqaro indekslar (masalan, BMTning Elektron hukumat rivojlanishi indeksi, Xalqaro elektraloqa ittifoqining AKT rivojlanishi indeksi) maʼlumotlaridan hamda milliy statistika organlarining rasmiy hisobotlaridan keng foydalaniladi.</w:t>
      </w:r>
    </w:p>
    <w:p>
      <w:r>
        <w:t>Kurs ishining tuzilishi belgilangan vazifalar mantigʻiga mos ravishda shakllantirilgan boʻlib, kirish, uch bob, xulosa va foydalanilgan adabiyotlar roʻyxatidan iborat. Birinchi bobda raqamli iqtisodiyotning nazariy-metodologik asoslari yoritiladi: uning tushunchasi, asosiy elementlari, rivojlanish bosqichlari, jahon tajribasi va baholash koʻrsatkichlari tahlil qilinadi. Ikkinchi bobda Oʻzbekistonda raqamli iqtisodiyotning hozirgi holati oʻrganilib, davlat siyosati va huquqiy asoslar, raqamli infratuzilmaning rivojlanish darajasi, elektron tijorat bozori hamda mavjud muammolar batafsil koʻrib chiqiladi. Uchinchi bobda esa raqamli iqtisodiyotni rivojlantirishning ustuvor yoʻnalishlari – infratuzilmani modernizatsiya qilish, raqamli koʻnikmalarni oshirish, elektron hukumatni rivojlantirish va moliyaviy qoʻllab-quvvatlash mexanizmlari boʻyicha amaliy takliflar asoslab beriladi. Xulosa qismida tadqiqot natijalari umumlashtirilib, asosiy xulosalar va tavsiyalar bayon etiladi.</w:t>
      </w:r>
    </w:p>
    <w:p>
      <w:pPr>
        <w:pStyle w:val="Heading1"/>
        <w:pageBreakBefore/>
      </w:pPr>
      <w:r>
        <w:t>I BOB. RAQAMLI IQTISODIYOTNING NAZARIY-METODOLOGIK ASOSLARI</w:t>
      </w:r>
    </w:p>
    <w:p>
      <w:pPr>
        <w:pStyle w:val="Heading2"/>
      </w:pPr>
      <w:r>
        <w:t>1.1. Raqamli iqtisodiyot tushunchasi va uning asosiy elementlari</w:t>
      </w:r>
    </w:p>
    <w:p>
      <w:r>
        <w:t>Raqamli iqtisodiyot zamonaviy iqtisodiy fan va amaliyotning eng dolzarb tushunchalaridan biri boʻlib, uning mazmun-mohiyati hali ham turli ilmiy maktablar va xalqaro tashkilotlar tomonidan turlicha talqin qilinmoqda. Keng maʼnoda raqamli iqtisodiyot deb raqamli texnologiyalar, axborot-kommunikatsiya vositalari va internet tarmogʻidan foydalanishga asoslangan, tovarlar va xizmatlarni ishlab chiqarish, taqsimlash, ayirboshlash va isteʼmol qilish jarayonlarini qamrab oluvchi xoʻjalik yuritish tizimi tushuniladi. Bu taʼrif raqamli iqtisodiyotning faqatgina axborot texnologiyalari sektori bilan cheklanib qolmasligini, balki anʼanaviy iqtisodiy faoliyatning barcha sohalariga raqamli yechimlarning chuqur integratsiyalashuvini anglatadi. Jahon banki va BMT kabi nufuzli tashkilotlar raqamli iqtisodiyotni raqamli infratuzilma, raqamli koʻnikmalar va raqamli platformalar asosida yaratiladigan iqtisodiy qiymatlar yigʻindisi sifatida baholaydi. Shu bilan birga, akademik adabiyotlarda raqamli iqtisodiyot koʻpincha "internet iqtisodiyoti", "yangi iqtisodiyot" yoki "veb-iqtisodiyot" atamalari bilan sinonim tarzda qoʻllaniladi, biroq ularning har biri maʼlum bir jihatni taʼkidlaydi: internet iqtisodiyoti tarmoq orqali amalga oshiriladigan bitimlarga urgʻu bersa, yangi iqtisodiyot bilim va innovatsiyalarning hal qiluvchi rolini koʻrsatadi. Raqamli iqtisodiyotning oʻziga xosligi shundaki, unda maʼlumotlar asosiy ishlab chiqarish resursi sifatida maydonga chiqadi va qiymat yaratish zanjirining har bir boʻgʻinida raqamli texnologiyalar vositasida qayta ishlanadi, uzatiladi va monetizatsiya qilinadi.</w:t>
      </w:r>
    </w:p>
    <w:p>
      <w:r>
        <w:t>Raqamli iqtisodiyotning tarkibiy tuzilishini tahlil qilishda uning asosiy elementlarini uchta katta guruhga ajratish mumkin: raqamli infratuzilma, elektron tijorat va raqamli xizmatlar. Birinchi element — raqamli infratuzilma — bu raqamli iqtisodiyotning texnologik poydevori boʻlib, u keng polosali internet tarmoqlari, mobil aloqa tizimlari (4G, 5G), maʼlumotlar markazlari, bulutli hisoblash platformalari, sunʼiy yoʻldosh aloqalari va narsalar interneti (IoT) qurilmalarini oʻz ichiga oladi. Infratuzilmaning rivojlanganlik darajasi raqamli iqtisodiyotning boshqa barcha segmentlari uchun hal qiluvchi ahamiyatga ega, chunki aynan u maʼlumotlarning uzluksiz oqimini va xizmatlarning sifatli yetkazilishini taʼminlaydi. Ikkinchi element — elektron tijorat — tovarlar va xizmatlarni elektron platformalar orqali sotish va sotib olish jarayonlarini qamrab oladi. Bu yoʻnalishda B2B (biznesdan biznesga), B2C (biznesdan isteʼmolchiga), C2C (isteʼmolchidan isteʼmolchiga) kabi modellar faoliyat yuritadi, shuningdek, onlayn toʻlov tizimlari, elektron pul oʻtkazmalari va raqamli marketing vositalari elektron tijoratning ajralmas qismi hisoblanadi. Elektron tijoratning oʻziga xos afzalliklari orasida geografik chegaralarning yoʻqolishi, tranzaksiya xarajatlarining keskin kamayishi va isteʼmolchilar uchun tanlov imkoniyatlarining kengayishi alohida ajralib turadi. Uchinchi element — raqamli xizmatlar — bu davlat va xususiy sektor tomonidan taqdim etiladigan, raqamli kanallar orqali koʻrsatiladigan xizmatlar majmuasidir. Bunga elektron hukumat xizmatlari, onlayn taʼlim platformalari, telemeditsina, masofaviy bank xizmatlari, raqamli kontent (kino, musiqa, kitoblar) va bulutli dasturiy taʼminot xizmatlari kiradi. Raqamli xizmatlar iqtisodiyotning anʼanaviy tarmoqlarini transformatsiya qilishda kuchli katalizator vazifasini oʻtaydi, chunki ular xizmat koʻrsatish jarayonini standartlashtirish, tezlashtirish va shaxsiylashtirish imkonini beradi.</w:t>
      </w:r>
    </w:p>
    <w:p>
      <w:r>
        <w:t>Raqamli iqtisodiyotning anʼanaviy iqtisodiyotdan farqlari bir qator fundamental jihatlarda namoyon boʻladi. Eng muhim farq resurslar tabiatida kuzatiladi: anʼanaviy iqtisodiyotda asosiy ishlab chiqarish omillari yer, mehnat va kapital boʻlsa, raqamli iqtisodiyotda maʼlumotlar va bilim ustuvor resursga aylanadi. Maʼlumotlar raqamli iqtisodiyotda cheksiz koʻpaytirilishi mumkin, ulardan foydalanish tugamaydi va bir vaqtning oʻzida bir nechta jarayonda ishtirok etishi mumkin, bu esa anʼanaviy resurslarning cheklanganligi tamoyilini rad etadi. Ikkinchi farq qiymat yaratish mexanizmida koʻrinadi: anʼanaviy iqtisodiyotda qiymat asosan moddiy ishlab chiqarish va jismoniy mehnat orqali yaratilsa, raqamli iqtisodiyotda qiymatning asosiy qismi intellektual mehnat, algoritmlar, platformalar va tarmoq effektlari hisobiga shakllanadi. Tarmoq effekti — bu platformadan foydalanuvchilar sonining oshishi bilan xizmat qiymatining oshishi hodisasi boʻlib, bu raqamli iqtisodiyotning oʻziga xos qonuniyatidir. Uchinchi farq tranzaksiya xarajatlari va bozor tuzilishi bilan bogʻliq: raqamli texnologiyalar vositachilarni qisqartirish orqali tranzaksiya xarajatlarini deyarli nolga tushirishga imkon beradi, natijada anʼanaviy bozorlardagi axborot assimetriyasi kamayadi va raqobat yangi shakllarga ega boʻladi. Biroq shu bilan birga, raqamli platformalarning monopoliyaga moyilligi yangi turdagi bozor nomukammalliklarini keltirib chiqaradi. Toʻrtinchi farq vaqt va makon munosabatlarida namoyon boʻladi: raqamli iqtisodiyotda operatsiyalar real vaqt rejimida, global miqyosda va uzluksiz amalga oshiriladi, anʼanaviy iqtisodiyot esa ish vaqti, ishlab chiqarish sikli va geografik lokalizatsiya bilan cheklangan. Nihoyat, mehnat bozori va kasblar tarkibi ham tubdan oʻzgaradi: raqamli iqtisodiyotda masofaviy ish, frilanserlik, gig-iqtisodiyot kabi yangi bandlik shakllari keng tarqaladi, raqamli koʻnikmalarga ega mutaxassislarga talab keskin oshadi, anʼanaviy kasblar esa avtomatlashtirish taʼsirida transformatsiyaga uchraydi.</w:t>
      </w:r>
    </w:p>
    <w:p>
      <w:r>
        <w:t>Shuni taʼkidlash kerakki, raqamli iqtisodiyot anʼanaviy iqtisodiyotni toʻliq almashtiruvchi emas, balki uning ustida quriladigan va uni qayta shakllantiruvchi qatlam sifatida qaralishi lozim. Aksariyat hollarda raqamli va anʼanaviy iqtisodiyot oʻzaro chambarchas bogʻlanib, gibrid modellar hosil qiladi: masalan, ishlab chiqarish korxonasi anʼanaviy zavod uskunalaridan foydalangan holda, sanoat interneti va raqamli egizaklar texnologiyasi orqali ishlab chiqarish jarayonlarini optimallashtiradi. Bunday sintez raqamli iqtisodiyotning mohiyatini yanada aniqroq ochib beradi: u alohida sektor emas, balki butun iqtisodiy tizimni raqamlashtirish jarayonining natijasidir. Shu sababli raqamli iqtisodiyotni rivojlantirishning asosiy yoʻnalishlarini belgilashda uning tarkibiy elementlarini kompleks rivojlantirish, anʼanaviy tarmoqlarni raqamli transformatsiyadan oʻtkazish va yangi texnologik paradigma talablariga mos institutsional muhitni shakllantirish muhim ahamiyat kasb etadi.</w:t>
      </w:r>
    </w:p>
    <w:p>
      <w:pPr>
        <w:pStyle w:val="Heading2"/>
      </w:pPr>
      <w:r>
        <w:t>1.2. Raqamli iqtisodiyotning shakllanishi va rivojlanish bosqichlari</w:t>
      </w:r>
    </w:p>
    <w:p>
      <w:r>
        <w:t>Raqamli iqtisodiyotning shakllanishi insoniyat taraqqiyotining texnologik evolyutsiyasi bilan chambarchas bogʻliq boʻlib, uning ildizlari XX asrning ikkinchi yarmida axborot-kommunikatsiya texnologiyalarining jadal rivojlanishi natijasida paydo boʻlgan. Dastlabki bosqichda elektron hisoblash mashinalarining ixtiro qilinishi va ularning ilmiy hamda harbiy sohalarda qoʻllanilishi raqamli iqtisodiyotning poydevorini yaratdi. 1940–1950-yillarda birinchi kompyuterlar paydo boʻlishi bilan axborotni qayta ishlash imkoniyatlari kengaydi, ammo bu texnologiyalar hali keng ommaga taalluqli emas edi. Shunga qaramay, aynan shu davrda maʼlumotlarni raqamli shaklda ifodalash va uzatish gʻoyasi shakllana boshladi, bu esa keyingi oʻn yilliklarda iqtisodiy jarayonlarning tubdan oʻzgarishiga zamin hozirladi.</w:t>
      </w:r>
    </w:p>
    <w:p>
      <w:r>
        <w:t>1960–1970-yillarga kelib, kompyuter texnologiyalarining tijorat maqsadlarida qoʻllanilishi kengaydi. Ayniqsa, yirik korporatsiyalar va davlat idoralari buxgalteriya hisobi, logistika va rejalashtirish kabi jarayonlarni avtomatlashtirish orqali samaradorlikni oshirishga intildi. Bu davrda mikroprotsessorlarning ixtiro qilinishi va shaxsiy kompyuterlarning paydo boʻlishi texnologik rivojlanishda burilish nuqtasi boʻldi. Endilikda axborotni qayta ishlash nafaqat yirik tashkilotlar, balki kichik biznes va individual foydalanuvchilar uchun ham ochiq boʻldi. Shu bilan birga, telekommunikatsiya tarmoqlarining rivojlanishi maʼlumotlar almashinuvini tezlashtirdi va birinchi elektron maʼlumotlar bazalari yaratildi, bu esa iqtisodiy faoliyatning yangi shakllari uchun zamin boʻldi.</w:t>
      </w:r>
    </w:p>
    <w:p>
      <w:r>
        <w:t>1980-yillarda global kompyuter tarmogʻi – internetning paydo boʻlishi raqamli iqtisodiyot rivojlanishida yangi davrni boshlab berdi. Dastlab ilmiy va harbiy maqsadlarda yaratilgan internet tez orada tijorat sohasiga kirib keldi. Elektron pochta, fayl almashish va dastlabki veb-saytlar paydo boʻlishi bilan axborot almashinuvi tezlashdi, tranzaksiya xarajatlari kamaydi. 1990-yillarning boshlarida World Wide Web (WWW) texnologiyasining joriy etilishi internetdan foydalanishni osonlashtirdi va ommalashtirdi. Bu davrda elektron tijoratning ilk shakllari – onlayn doʻkonlar, elektron toʻlov tizimlari va raqamli xizmatlar paydo boʻla boshladi. Kompaniyalar oʻz faoliyatini internetga koʻchirish orqali yangi bozorlarga chiqish va mijozlar bilan bevosita aloqa oʻrnatish imkoniyatiga ega boʻldi.</w:t>
      </w:r>
    </w:p>
    <w:p>
      <w:r>
        <w:t>1990-yillarning ikkinchi yarmi va 2000-yillarning boshlari raqamli iqtisodiyotning jadal kengayishi bilan tavsiflanadi. Bu davrda internet infrastuzilmasi rivojlanib, keng polosali ulanish keng tarqaldi, bu esa maʼlumotlar uzatish tezligini sezilarli darajada oshirdi. Shu bilan birga, mobil aloqa texnologiyalarining rivojlanishi – ayniqsa, 2G, 3G va keyinchalik 4G tarmoqlarining joriy etilishi – raqamli xizmatlardan foydalanish imkoniyatini yanada kengaytirdi. Mobil telefonlar endi oddiy aloqa vositasi boʻlib qolmay, internetga ulanish, toʻlovlarni amalga oshirish va turli ilovalardan foydalanish imkonini beradigan qurilmalarga aylandi. Bu davrda Google, Amazon, eBay kabi kompaniyalar paydo boʻlib, raqamli iqtisodiyotning gigantlariga aylandi. Elektron tijorat hajmi keskin oʻsdi, raqamli reklama va onlayn platformalar iqtisodiyotning ajralmas qismiga aylandi.</w:t>
      </w:r>
    </w:p>
    <w:p>
      <w:r>
        <w:t>2000-yillarning oʻrtalaridan boshlab ijtimoiy tarmoqlar, bulutli hisoblash va katta maʼlumotlar (big data) texnologiyalarining rivojlanishi raqamli iqtisodiyotni yanada chuqurlashtirdi. Ijtimoiy tarmoqlar nafaqat muloqot vositasi, balki biznes va marketing uchun yangi platforma boʻldi. Bulutli texnologiyalar kompaniyalarga katta hajmdagi maʼlumotlarni saqlash va qayta ishlash imkonini berdi, bu esa kapital xarajatlarni kamaytirib, moslashuvchanlikni oshirdi. Katta maʼlumotlar tahlili esa korxonalarga mijozlar xatti-harakatlarini chuqur oʻrganish, talabni prognoz qilish va shaxsiylashtirilgan xizmatlar koʻrsatish imkonini berdi. Shu bilan birga, mobil ilovalar ekotizimi rivojlanib, raqamli iqtisodiyot foydalanuvchilar hayotining barcha jabhalariga kirib bordi.</w:t>
      </w:r>
    </w:p>
    <w:p>
      <w:r>
        <w:t>2010-yillardan boshlab raqamli iqtisodiyot sunʼiy intellekt, narsalar interneti (Internet of Things), blokcheyn va kriptovalyutalar kabi ilgʻor texnologiyalar bilan boyidi. Sunʼiy intellekt va mashinani oʻrganish avtomatlashtirish darajasini oshirib, ishlab chiqarish, moliya va xizmat koʻrsatish sohalarida inqilobiy oʻzgarishlar keltirdi. Narsalar interneti jismoniy obʼektlarni raqamli tarmoqqa ulash orqali real vaqt rejimida maʼlumot yigʻish va boshqarish imkonini yaratdi. Blokcheyn texnologiyasi esa markazlashmagan va xavfsiz tranzaksiyalarni taʼminlab, moliya, logistika va davlat boshqaruvi sohalarida yangi yechimlarni taklif etdi. Kriptovalyutalar va raqamli aktivlar iqtisodiy munosabatlarning yangi shakllarini yaratdi, Markaziy banklar tomonidan raqamli valyutalar ustida izlanishlar boshlandi.</w:t>
      </w:r>
    </w:p>
    <w:p>
      <w:r>
        <w:t>Hozirgi bosqich raqamli iqtisodiyotning toʻliq shakllangan va jamiyatning barcha sohalariga chuqur integratsiyalashgan davri sifatida tavsiflanadi. COVID-19 pandemiyasi raqamli transformatsiyani keskin tezlashtirdi: masofaviy ish, onlayn taʼlim, telemeditsina va elektron tijorat pandemiya davrida hayotiy zaruratga aylandi. Davlatlar raqamli iqtisodiyotni rivojlantirishni milliy strategiyalarning ustuvor yoʻnalishiga aylantirdi, raqamli infratuzilmaga sarmoyalar oshdi, qonunchilik bazasi takomillashtirildi. 5G tarmoqlarining joriy etilishi, sunʼiy intellektning keng qoʻllanilishi va raqamli platformalarning kengayishi raqamli iqtisodiyotning keyingi bosqichini belgilab bermoqda. Bugungi kunda raqamli iqtisodiyot nafaqat alohida texnologik yoʻnalish, balki iqtisodiy oʻsish va raqobatbardoshlikni taʼminlovchi asosiy omil sifatida qaralmoqda. Ushbu rivojlanish bosqichlarini tahlil qilish Oʻzbekiston uchun raqamli iqtisodiyotning joriy holatini baholash va kelajakdagi yoʻnalishlarini belgilashda muhim metodologik asos boʻlib xizmat qiladi.</w:t>
      </w:r>
    </w:p>
    <w:p>
      <w:pPr>
        <w:pStyle w:val="Heading2"/>
      </w:pPr>
      <w:r>
        <w:t>1.3. Jahon mamlakatlarida raqamli iqtisodiyotni rivojlantirish tajribasi</w:t>
      </w:r>
    </w:p>
    <w:p>
      <w:r>
        <w:t>Jahon mamlakatlarida raqamli iqtisodiyotni rivojlantirish tajribasi Oʻzbekiston uchun strategik yoʻnalishlarni belgilashda muhim ahamiyat kasb etadi. AQSh, Xitoy, Yevropa Ittifoqi va Janubiy Koreya kabi yetakchi davlatlar raqamli transformatsiyaning turli modellarini namoyish etgan boʻlib, ularning yondashuvlari oʻzaro qiyosiy tahlil qilish uchun boy material beradi. Ushbu davlatlarning tajribasi shuni koʻrsatadiki, raqamli iqtisodiyotni rivojlantirishda davlat siyosati, infratuzilma sarmoyalari, inson kapitali va innovatsion ekotizimning oʻzaro uygʻunligi hal qiluvchi rol oʻynaydi. AQShda raqamli iqtisodiyotning rivojlanishi asosan xususiy sektor yetakchiligida kechdi. Silikon vodiysi fenomeni, yirik texnologik kompaniyalar faoliyati va venchur kapitalining keng jalb etilishi raqamli innovatsiyalarning jadal surʼatlar bilan tarqalishiga zamin yaratdi. Davlat bu jarayonda asosan qonunchilik bazasini takomillashtirish, intellektual mulkni himoya qilish va raqobat muhitini taʼminlash orqali bilvosita ishtirok etdi. Milliy keng polosali tarmoqlarni rivojlantirish dasturlari va raqamli savodxonlikni oshirishga qaratilgan tashabbuslar AQShning raqamli iqtisodiyotdagi yetakchiligini mustahkamladi.</w:t>
      </w:r>
    </w:p>
    <w:p>
      <w:r>
        <w:t>Xitoy tajribasi esa davlat boshqaruvi va strategik rejalashtirishning ustuvorligini koʻrsatadi. Xitoy hukumati raqamli iqtisodiyotni milliy rivojlanish strategiyasining markaziga qoʻyib, Internet Plus, Made in China 2025 va Sunʼiy intellektni rivojlantirish kabi dasturlarni izchil amalga oshirdi. Alibaba, Tencent va Huawei kabi yirik kompaniyalar davlat tomonidan yaratilgan qulay sharoitlarda jahon miqyosida raqobatbardosh boʻldi. Xitoyning yondashuvi raqamli infratuzilma, xususan 5G tarmoqlarini ommaviy joriy etish, elektron tijorat va mobil toʻlovlar sohasida jadal oʻsishga olib keldi. Davlat va xususiy sektor oʻrtasidagi yaqin hamkorlik Xitoyda raqamli iqtisodiyotning barcha qatlamlariga singib ketishini taʼminladi.</w:t>
      </w:r>
    </w:p>
    <w:p>
      <w:r>
        <w:t>Yevropa Ittifoqi tajribasi raqamli yagona bozor yaratish va meʼyoriy-huquqiy bazani uygʻunlashtirishga qaratilganligi bilan ajralib turadi. Yevropa Komissiyasi tomonidan qabul qilingan Raqamli Yagona Bozor strategiyasi aʼzo davlatlar oʻrtasida maʼlumotlar almashinuvi, elektron tijorat va raqamli xizmatlarning erkin harakatlanishini taʼminlashga qaratildi. Umumiy maʼlumotlarni himoya qilish reglamenti kabi qatʼiy qoidalar fuqarolarning ishonchini mustahkamlash va raqamli xavfsizlikni taʼminlashda muhim omil boʻldi. Yevropa Ittifoqi raqamli koʻnikmalarni rivojlantirish, sunʼiy intellekt va kiberxavfsizlik sohasida ilmiy-tadqiqot dasturlarini moliyalashtirish orqali raqamli iqtisodiyotning barqaror oʻsishini qoʻllab-quvvatlamoqda. Shu bilan birga, Yevropa tajribasi turli aʼzo davlatlarning iqtisodiy rivojlanish darajasidagi farqlar tufayli raqamli tafovutlarni bartaraf etish zarurligini ham koʻrsatadi.</w:t>
      </w:r>
    </w:p>
    <w:p>
      <w:r>
        <w:t>Janubiy Koreya raqamli iqtisodiyotni rivojlantirishda davlat boshchiligidagi texnologik sakrash modelini namoyish etdi. Koreya hukumati 1990-yillardan boshlab milliy keng polosali infratuzilmaga katta miqdorda sarmoya kiritib, dunyodagi eng yuqori internet tezligi va qamroviga erishdi. Axborot-kommunikatsiya texnologiyalari sohasidagi maqsadli dasturlar, jumladan IT839 strategiyasi, elektron hukumat tizimini joriy etish va raqamli kontent sanoatini rivojlantirish Koreyani global raqamli liderlar qatoriga olib chiqdi. Koreya tajribasi, shuningdek, raqamli iqtisodiyotda kichik va oʻrta biznes subyektlarini qoʻllab-quvvatlash, startap ekotizimini shakllantirish va aholining raqamli savodxonligini oshirishga alohida eʼtibor qaratish muhimligini tasdiqlaydi.</w:t>
      </w:r>
    </w:p>
    <w:p>
      <w:r>
        <w:t>Ushbu mamlakatlar tajribasini qiyosiy tahlil qilish Oʻzbekiston uchun bir qator muhim saboqlarni aniqlashga imkon beradi. Birinchidan, raqamli iqtisodiyotni rivojlantirishda davlat va xususiy sektor oʻrtasidagi muvozanatni topish zarur. AQSh modeli bozor erkinligi va innovatsiyalarni ragʻbatlantirishni taʼkidlasa, Xitoy va Koreya modellari davlatning strategik yoʻnaltiruvchi rolini koʻrsatadi. Oʻzbekiston sharoitida davlat yetakchiligidagi bosqichma-bosqich yondashuv, xususiy tashabbuslarni qoʻllab-quvvatlash bilan uygʻunlashgan holda samarali boʻlishi mumkin. Ikkinchidan, raqamli infratuzilmaga, xususan keng polosali internet va mobil aloqa tarmoqlariga keng koʻlamli investitsiyalar kiritish raqamli iqtisodiyotning asosiy sharti ekanligi barcha mamlakatlar tajribasida tasdiqlangan. Uchinchidan, inson kapitalini rivojlantirish, raqamli koʻnikmalarni ommaviy oʻrgatish va STEM taʼlimiga ustuvor ahamiyat berish uzoq muddatli raqobatbardoshlikni taʼminlaydi. Toʻrtinchidan, huquqiy bazani takomillashtirish, maʼlumotlar xavfsizligi va kiberxavfsizlikni taʼminlash raqamli iqtisodiyotga ishonchni oshirishda hal qiluvchi ahamiyatga ega.</w:t>
      </w:r>
    </w:p>
    <w:p>
      <w:r>
        <w:t>Shuningdek, Xitoy tajribasi elektron tijorat va raqamli toʻlov tizimlarini rivojlantirish orqali kichik biznesni raqamli iqtisodiyotga jalb etishning samarali ekanligini koʻrsatadi. Yevropa Ittifoqi tajribasi esa raqamli yagona bozor tamoyillarini mintaqaviy darajada qoʻllash, maʼlumotlar almashinuvini erkinlashtirish va isteʼmolchilar huquqlarini himoya qilish muhimligini taʼkidlaydi. Janubiy Koreya misolida davlat tomonidan yaratilgan raqamli infratuzilmaning sifatli davlat xizmatlarini koʻrsatish va aholi farovonligini oshirishga xizmat qilishi yaqqol namoyon boʻldi. Oʻzbekiston ushbu tajribalarni oʻz milliy xususiyatlari, iqtisodiy tuzilmasi va ijtimoiy sharoitlariga moslashtirishi lozim. Xususan, raqamli infratuzilmani modernizatsiya qilishda qishloq va chekka hududlarga alohida eʼtibor qaratish, raqamli tafovutlarni kamaytirish, mahalliy kontent va xizmatlarni rivojlantirish Oʻzbekiston uchun dolzarb vazifalardir. Jahon tajribasidan olingan saboqlar asosida Oʻzbekiston raqamli iqtisodiyotni rivojlantirishda bosqichma-bosqich, inklyuziv va barqaror yondashuvni tanlashi maqsadga muvofiq.</w:t>
      </w:r>
    </w:p>
    <w:p>
      <w:pPr>
        <w:pStyle w:val="Heading2"/>
      </w:pPr>
      <w:r>
        <w:t>1.4. Raqamli iqtisodiyotni oʻlchash va baholash koʻrsatkichlari</w:t>
      </w:r>
    </w:p>
    <w:p>
      <w:r>
        <w:t>Raqamli iqtisodiyotni baholash va oʻlchash muammosi zamonaviy iqtisodiy tadqiqotlarning markaziy masalalaridan biriga aylandi, chunki raqamli transformatsiya jarayonlari milliy iqtisodiyotlarning tuzilishi va faoliyat koʻrsatish mexanizmlarini tubdan oʻzgartirmoqda. Ushbu jarayonlarni miqdoriy jihatdan aks ettirish uchun turli xalqaro indekslar va metodologik yondashuvlar ishlab chiqilgan boʻlib, ularning har biri raqamli iqtisodiyotning muayyan jihatlarini yoritadi va mamlakatlararo taqqoslash imkonini beradi. Mazkur koʻrsatkichlar tizimi davlat siyosatini shakllantirish, ustuvor yoʻnalishlarni belgilash hamda raqamli rivojlanish dinamikasini kuzatishda muhim vosita boʻlib xizmat qiladi.</w:t>
      </w:r>
    </w:p>
    <w:p>
      <w:r>
        <w:t>Raqamli iqtisodiyotni baholashning eng keng qoʻllaniladigan xalqaro indekslaridan biri Xalqaro elektraloqa ittifoqi (XEI) tomonidan ishlab chiqilgan Axborot-kommunikatsiya texnologiyalarini rivojlantirish indeksi (IDI) hisoblanadi. Ushbu indeks mamlakatlarning AKT infratuzilmasi, foydalanish darajasi va koʻnikmalarini oʻlchash orqali raqamli taraqqiyotning umumiy darajasini aks ettiradi. IDI uchta asosiy sub-indeksdan tashkil topgan: AKTga kirish imkoniyati, AKTdan foydalanish intensivligi va aholining AKT boʻyicha koʻnikmalari. Indeks qiymati 0 dan 10 gacha boʻlgan shkala boʻyicha hisoblanadi va mamlakatlarni raqamli rivojlanish darajasiga koʻra tartiblash imkonini beradi. Shu bilan birga, IDI asosan infratuzilmaviy jihatlarga eʼtibor qaratishi sababli raqamli iqtisodiyotning barcha qirralarini toʻliq qamrab olmaydi, shuning uchun qoʻshimcha koʻrsatkichlar bilan birgalikda qoʻllanilishi tavsiya etiladi.</w:t>
      </w:r>
    </w:p>
    <w:p>
      <w:r>
        <w:t>Raqamli iqtisodiyot va jamiyat indeksi (DESI) Yevropa Ittifoqi doirasida aʼzo davlatlarning raqamli koʻrsatkichlarini monitoring qilish va taqqoslash uchun maxsus ishlab chiqilgan kompleks metodologiyadir. DESI 2014-yildan buyon har yili eʼlon qilinib, raqamli iqtisodiyotning beshta asosiy yoʻnalishini qamrab oladi: ulanish (connectivity), inson kapitali (human capital), internet xizmatlaridan foydalanish (use of internet services), raqamli texnologiyalarning integratsiyasi (integration of digital technology) va raqamli davlat xizmatlari (digital public services). Har bir yoʻnalish oʻz navbatida bir nechta kichik koʻrsatkichlardan tashkil topgan boʻlib, ularning vaznli oʻrtacha qiymati umumiy DESI ballini hosil qiladi. Ushbu metodologiya raqamli iqtisodiyotning nafaqat infratuzilmaviy, balki ijtimoiy-iqtisodiy oqibatlarini ham baholashga imkon beradi, shu sababli boshqa mintaqalar va mamlakatlar uchun ham moslashtirilgan holda qoʻllanilmoqda.</w:t>
      </w:r>
    </w:p>
    <w:p>
      <w:r>
        <w:t>DESI metodologiyasining muhim afzalligi uning dinamik xarakterga ega ekanligidadir, yaʼni koʻrsatkichlar tarkibi va vazn koeffitsiyentlari vaqt oʻtishi bilan raqamli iqtisodiyotning rivojlanish tendensiyalariga mos ravishda yangilanib boradi. Masalan, dastlabki yillarda asosiy eʼtibor keng polosali ulanish va internet foydalanuvchilari soniga qaratilgan boʻlsa, soʻnggi yillarda bulutli hisoblash, katta maʼlumotlar (big data), sunʼiy intellekt kabi ilgʻor raqamli texnologiyalarni korxonalar tomonidan qoʻllash darajasi hamda raqamli koʻnikmalarning ilgʻor darajalari (masalan, dasturlash yoki maʼlumotlar tahlili) alohida taʼkidlanmoqda. Bundan tashqari, DESI doirasida gender tafovutlar, raqamli xizmatlardan foydalanishdagi ijtimoiy farqlar kabi jihatlar ham hisobga olinadi, bu esa raqamli iqtisodiyotni inklyuziv rivojlantirish siyosatini shakllantirishda qoʻshimcha ahamiyat kasb etadi.</w:t>
      </w:r>
    </w:p>
    <w:p>
      <w:r>
        <w:t>Raqamli iqtisodiyotni baholashda qoʻllaniladigan boshqa muhim xalqaro indekslar qatoriga Jahon iqtisodiy forumi tomonidan tuziladigan Tarmoqqa tayyorlik indeksi (Networked Readiness Index, NRI), Birlashgan Millatlar Tashkilotining Elektron hukumat rivojlanishi indeksi (E-Government Development Index, EGDI) hamda Jahon bankining raqamli iqtisodiyot koʻrsatkichlari (Digital Economy Indicators) kiradi. NRI mamlakatlarning raqamli texnologiyalarni qoʻllash orqali iqtisodiy va ijtimoiy foyda olish qobiliyatini baholaydi va toʻrt asosiy komponentni oʻz ichiga oladi: texnologik muhit, inson kapitali, boshqaruv va taʼsir (impact). EGDI esa elektron hukumat xizmatlarining rivojlanganlik darajasini onlayn xizmatlar indeksi, telekommunikatsiya infratuzilmasi indeksi va inson kapitali indeksi asosida hisoblaydi. Ushbu indekslar bir-birini toʻldirib, raqamli iqtisodiyotning turli qirralarini yoritishga xizmat qiladi.</w:t>
      </w:r>
    </w:p>
    <w:p>
      <w:r>
        <w:t>Raqamli iqtisodiyotni oʻlchashda milliy statistika tizimlari ham muhim rol oʻynaydi, chunki xalqaro indekslar koʻpincha milliy darajada toʻplangan maʼlumotlarga asoslanadi. Shu munosabat bilan koʻplab mamlakatlar, jumladan Oʻzbekiston, raqamli iqtisodiyotning milliy hisoblar tizimiga integratsiyalashuvi, raqamli sektorning yalpi ichki mahsulotdagi ulushini aniqlash, elektron tijorat hajmini oʻlchash kabi masalalarga alohida eʼtibor qaratmoqda. Raqamli iqtisodiyotni baholashning milliy metodologiyalari odatda quyidagi koʻrsatkichlar guruhini oʻz ichiga oladi: AKT infratuzilmasi va undan foydalanish darajasi, raqamli koʻnikmalar va inson kapitali, elektron tijorat va raqamli xizmatlar hajmi, raqamli davlat xizmatlaridan foydalanish, shuningdek raqamli texnologiyalarning iqtisodiy samaradorligi va innovatsion faollik koʻrsatkichlari.</w:t>
      </w:r>
    </w:p>
    <w:p>
      <w:r>
        <w:t>Xulosa qilib aytganda, raqamli iqtisodiyotni oʻlchash va baholash koʻrsatkichlari tizimi doimiy ravishda takomillashib borayotgan murakkab va koʻp qirrali maydonni tashkil etadi. Xalqaro indekslar, xususan DESI, raqamli transformatsiya jarayonlarini kompleks baholash, mamlakatlar oʻrtasidagi tafovutlarni aniqlash va samarali davlat siyosatini ishlab chiqish uchun zarur boʻlgan qiyosiy maʼlumotlarni taqdim etadi. Shu bilan birga, har bir indeksning oʻziga xos metodologik cheklovlari mavjud boʻlib, ularni tanqidiy baholash va bir nechta koʻrsatkichlarni birgalikda qoʻllash orqali raqamli iqtisodiyotning haqiqiy holatini yanada aniqroq aks ettirish mumkin. Oʻzbekiston sharoitida ushbu xalqaro metodologiyalarni milliy statistika tizimiga moslashtirish va muntazam monitoring qilish raqamli iqtisodiyotni rivojlantirish strategiyasining samaradorligini oshirishga xizmat qiladi.</w:t>
      </w:r>
    </w:p>
    <w:p>
      <w:pPr>
        <w:pStyle w:val="Heading1"/>
        <w:pageBreakBefore/>
      </w:pPr>
      <w:r>
        <w:t>II BOB. OʻZBEKISTONDA RAQAMLI IQTISODIYOTNING HOZIRGI HOLATI VA RIVOJLANISH TENDENSIYALARI</w:t>
      </w:r>
    </w:p>
    <w:p>
      <w:pPr>
        <w:pStyle w:val="Heading2"/>
      </w:pPr>
      <w:r>
        <w:t>2.1. Raqamli iqtisodiyotni rivojlantirish boʻyicha davlat siyosati va huquqiy asoslar</w:t>
      </w:r>
    </w:p>
    <w:p>
      <w:r>
        <w:t>Oʻzbekiston Respublikasida raqamli iqtisodiyotni rivojlantirish boʻyicha davlat siyosati izchil va tizimli xarakter kasb etib, mamlakatni modernizatsiya qilish hamda xalqaro raqobatbardoshlikni oshirishning ustuvor yoʻnalishi sifatida belgilangan. Ushbu siyosatning huquqiy asoslari bir qator qonunlar, Prezident farmonlari va qarorlari, Vazirlar Mahkamasi hujjatlari hamda strategik dasturlarda oʻz ifodasini topgan. Mazkur hujjatlar milliy raqamli transformatsiyaning kontseptual asoslarini, institutsional mexanizmlarini hamda moliyaviy ragʻbatlantirish choralarini belgilab beradi. Ular orasida eng muhimlari sifatida 2020-yil 28-aprelda qabul qilingan Oʻzbekiston Respublikasining “Raqamli Oʻzbekiston — 2030” strategiyasi, 2022-yil 15-sentabrdagi “Yangi Oʻzbekistonning 2022–2026-yillarga moʻljallangan taraqqiyot strategiyasi” hamda “Raqamli iqtisodiyot va elektron hukumat toʻgʻrisida”gi qonun loyihasini ishlab chiqish jarayonlarini alohida taʼkidlash lozim.</w:t>
      </w:r>
    </w:p>
    <w:p>
      <w:r>
        <w:t>Raqamli iqtisodiyotni huquqiy tartibga solishning asosiy boshlangʻich nuqtasi sifatida 2015-yilda qabul qilingan “Elektron hukumat toʻgʻrisida”gi Oʻzbekiston Respublikasi Qonunini koʻrsatish mumkin. Ushbu qonun davlat organlari faoliyatida axborot-kommunikatsiya texnologiyalarini qoʻllash, elektron davlat xizmatlarini koʻrsatish hamda idoralararo elektron hamkorlikni tashkil etishning huquqiy asoslarini yaratdi. Shuningdek, 2003-yildagi “Axborotlashtirish toʻgʻrisida”gi, 2003-yildagi “Elektron hujjat aylanishi toʻgʻrisida”gi va 2004-yildagi “Elektron raqamli imzo toʻgʻrisida”gi qonunlar raqamli muhitda huquqiy ahamiyatga ega harakatlarni amalga oshirish uchun zarur boʻlgan normativ baza sifatida xizmat qilmoqda. Ushbu qonunlar raqamli hujjatlar, elektron imzolar va elektron tijorat operatsiyalarining yuridik kuchini taʼminlash orqali raqamli iqtisodiyotning huquqiy poydevorini mustahkamladi.</w:t>
      </w:r>
    </w:p>
    <w:p>
      <w:r>
        <w:t>Raqamli rivojlanishning strategik yoʻnalishlarini belgilashda Oʻzbekiston Respublikasi Prezidentining qator farmon va qarorlari hal qiluvchi ahamiyatga ega boʻldi. Xususan, 2018-yil 3-iyuldagi “Raqamli iqtisodiyotni rivojlantirish chora-tadbirlari toʻgʻrisida”gi PQ–3832-son qarori mamlakatda raqamli iqtisodiyotni jadal rivojlantirish, zamonaviy axborot-kommunikatsiya texnologiyalarini barcha sohalarga keng joriy etish hamda elektron xizmatlar bozorini shakllantirish vazifalarini belgilab berdi. Ushbu hujjatda raqamli infratuzilmani rivojlantirish, IT-parklar tashkil etish, startap loyihalarni qoʻllab-quvvatlash va kadrlar salohiyatini oshirish boʻyicha aniq chora-tadbirlar koʻzda tutilgan. 2019-yil 17-apreldagi “Raqamli iqtisodiyot va elektron hukumatni rivojlantirish sohasidagi boshqaruv tizimini takomillashtirish toʻgʻrisida”gi PQ–4291-son qarori esa Axborot texnologiyalari va kommunikatsiyalarini rivojlantirish vazirligi huzurida Raqamli iqtisodiyotni rivojlantirish markazini tashkil etish orqali institutsional boshqaruv tizimini mustahkamladi.</w:t>
      </w:r>
    </w:p>
    <w:p>
      <w:r>
        <w:t>“Raqamli Oʻzbekiston — 2030” strategiyasi milliy raqamli transformatsiyaning asosiy dasturiy hujjati sifatida alohida eʼtiborga loyiq. Ushbu strategiya 2020-yil 5-oktabrdagi PF–6079-son Farmoni bilan tasdiqlangan boʻlib, raqamli iqtisodiyotni rivojlantirishning beshta ustuvor yoʻnalishini: raqamli infratuzilmani rivojlantirish, elektron hukumatni takomillashtirish, raqamli taʼlimni rivojlantirish, raqamli iqtisodiyotning asosiy tarmoqlarini transformatsiya qilish va raqamli tadbirkorlikni qoʻllab-quvvatlashni belgilab berdi. Strategiya doirasida 2030-yilga qadar raqamli iqtisodiyotning YaIMdagi ulushini 2 baravardan ortiq oshirish, aholining 95 foizini keng polosali internet bilan qamrab olish hamda davlat xizmatlarining 95 foizini elektron shaklga oʻtkazish kabi aniq maqsadli koʻrsatkichlar belgilangan. Ushbu hujjat Oʻzbekistonda raqamli transformatsiyani kompleks va tizimli amalga oshirish uchun mustahkam strategik asos yaratdi.</w:t>
      </w:r>
    </w:p>
    <w:p>
      <w:r>
        <w:t>Huquqiy bazani yanada takomillashtirish maqsadida 2022-yilda “Raqamli iqtisodiyot va elektron hukumat toʻgʻrisida”gi qonun loyihasi ishlab chiqildi. Ushbu qonun loyihasi raqamli iqtisodiyot sohasidagi asosiy tushunchalarni, davlat siyosatining printsiplarini, raqamli aktivlar va kripto-valyutalar muomalasini tartibga solish, sunʼiy intellekt va katta maʼlumotlardan foydalanishning huquqiy rejimini belgilashni nazarda tutadi. Qonun loyihasining qabul qilinishi raqamli muhitda yuzaga keladigan huquqiy munosabatlarni yaxlit va izchil tartibga solish imkonini beradi hamda investorlar uchun qulay huquqiy muhit yaratadi. Shuningdek, 2022-yil 28-yanvardagi “2022–2026-yillarga moʻljallangan Yangi Oʻzbekistonning taraqqiyot strategiyasi toʻgʻrisida”gi PF–60-son Farmonida raqamli iqtisodiyotni rivojlantirish milliy taraqqiyotning asosiy omillaridan biri sifatida belgilangan va bu borada 2026-yilgacha raqamli iqtisodiyotning YaIMdagi ulushini 2,5 baravar oshirish vazifasi qoʻyilgan.</w:t>
      </w:r>
    </w:p>
    <w:p>
      <w:r>
        <w:t>Davlat siyosatining institutsional mexanizmlarini shakllantirishda maxsus vakolatli organlar tashkil etilishi muhim rol oʻynadi. 2019-yilda tashkil etilgan Axborot texnologiyalari va kommunikatsiyalarini rivojlantirish vazirligi raqamli transformatsiyani muvofiqlashtiruvchi yetakchi davlat organi sifatida faoliyat yuritmoqda. Shuningdek, Raqamli rivojlanish va innovatsiyalar vazirligi hamda “Raqamli hukumat” loyihalarini boshqarish markazi kabi tuzilmalar davlat siyosatini amalga oshirishda bevosita ishtirok etmoqda. Ushbu institutlar raqamli loyihalarni rejalashtirish, moliyalashtirish va monitoring qilish, davlat organlari oʻrtasida hamkorlikni taʼminlash hamda xalqaro tajribani oʻrganish va joriy etish vazifalarini bajarmoqda.</w:t>
      </w:r>
    </w:p>
    <w:p>
      <w:r>
        <w:t>Xalqaro hamkorlik va xorijiy tajribani oʻrganish ham davlat siyosatining muhim tarkibiy qismi hisoblanadi. Oʻzbekiston Janubiy Koreya, Yaponiya, Singapur, Estoniya kabi raqamli rivojlanishda ilgʻor boʻlgan davlatlar bilan hamkorlik aloqalarini yoʻlga qoʻygan. Xususan, Janubiy Koreya tajribasi asosida elektron hukumat tizimini takomillashtirish, Estoniya modeli asosida raqamli identifikatsiya va elektron rezidentlik tizimini joriy etish boʻyicha qoʻshma loyihalar amalga oshirilmoqda. Bunday hamkorlik nafaqat texnologik yechimlarni transfer qilish, balki huquqiy va institutsional mexanizmlarni moslashtirish imkonini ham beradi.</w:t>
      </w:r>
    </w:p>
    <w:p>
      <w:r>
        <w:t>Umuman olganda, Oʻzbekistonda raqamli iqtisodiyotni rivojlantirish boʻyicha davlat siyosati va huquqiy asoslari bosqichma-bosqich shakllanib, yaxlit tizimga aylandi. Mavjud qonunchilik bazasi, strategik hujjatlar va institutsional mexanizmlar raqamli transformatsiyani jadallashtirish uchun zarur shart-sharoitlarni yaratmoqda. Biroq huquqiy tartibga solishning ayrim jihatlari, xususan, raqamli aktivlar, maʼlumotlar xavfsizligi va sunʼiy intellektni qoʻllash sohalarida qonunchilikni yanada takomillashtirish talab etiladi. Shu bilan birga, qabul qilingan hujjatlarning amalda bajarilishini taʼminlash, monitoring va baholash tizimini kuchaytirish hamda davlat-xususiy sheriklikni rivojlantirish davlat siyosatining samaradorligini oshirishda hal qiluvchi ahamiyat kasb etadi.</w:t>
      </w:r>
    </w:p>
    <w:p>
      <w:pPr>
        <w:pStyle w:val="Heading2"/>
      </w:pPr>
      <w:r>
        <w:t>2.2. Raqamli infratuzilma va axborot-kommunikatsiya texnologiyalarining rivojlanishi</w:t>
      </w:r>
    </w:p>
    <w:p>
      <w:r>
        <w:t>Oʻzbekistonda raqamli iqtisodiyotning jadal rivojlanishi bevosita axborot-kommunikatsiya texnologiyalari infratuzilmasining holati va kengayish surʼatlariga bogʻliq. Soʻnggi yillarda mamlakatda keng polosali internet, mobil aloqa, maʼlumotlar markazlari va raqamli platformalar sohasida sezilarli oʻzgarishlar amalga oshirildi, bu esa iqtisodiyotning barcha tarmoqlarida raqamli transformatsiyani jadallashtirish uchun mustahkam zamin yaratmoqda. Ushbu kichik boʻlimda raqamli infratuzilmaning asosiy tarkibiy qismlari boʻyicha mavjud holat statistik maʼlumotlar asosida tahlil qilinadi va joriy tendensiyalar yoritiladi.</w:t>
      </w:r>
    </w:p>
    <w:p>
      <w:r>
        <w:t>Keng polosali internetga ulanish Oʻzbekistonda raqamli iqtisodiyotning asosiy texnologik negizi hisoblanadi. 2023 yil yakunlariga koʻra, respublikada internetdan foydalanuvchilar soni 27 milliondan oshdi, bu aholining qariyb 75 foizini tashkil etadi. Shu bilan birga, keng polosali ulanishlar soni 8,5 millionga yaqinlashdi, shundan optik tolali ulanishlar ulushi 60 foizdan oshdi. Xususan, "Oʻzbektelekom" AK tomonidan yil davomida 4 ming kilometrdan ortiq optik tolali aloqa liniyalari qurildi va modernizatsiya qilindi, natijada optik tolali tarmoqning umumiy uzunligi 68 ming kilometrga yetdi. Shu bilan birga, xalqaro internet kanallarining umumiy sigʻimi 2023 yilda 3,2 Tbit/s ga yetkazildi, bu 2020 yildagi koʻrsatkichdan 2,5 barobar koʻpdir. Bunda xalqaro kanallarning asosiy qismi Trans-Kaspiy va Markaziy Osiyo-Chezara optik tolali tarmoqlari orqali taqsimlanadi.</w:t>
      </w:r>
    </w:p>
    <w:p>
      <w:r>
        <w:t>Mobil aloqa sohasi raqamli infratuzilmaning eng jadal rivojlanayotgan segmentlaridan biri boʻlib qolmoqda. 2023 yil oxiriga kelib mobil aloqa abonentlari soni 32 milliondan oshdi, bu esa aholining 90 foizdan yuqori qamrovini bildiradi. Shu bilan birga, 4G/LTE tarmoqlari qamrovi aholi punktlarining 82 foizini tashkil etdi, 5G texnologiyasi esa dastlab Toshkent shahri va Nukus, Samarqand kabi viloyat markazlarida joriy etila boshlandi. Qayd etish joizki, mobil internet trafigi 2023 yilda 2022 yilga nisbatan 42 foizga oʻsdi va 1,4 mlrd GB dan oshdi. Mobil aloqa operatorlari — "Ucell", "Beeline", "Mobiuz" va "UMS" — tarmoqlarni modernizatsiya qilish va yangi bazaviy stansiyalarni oʻrnatish boʻyicha investitsiya dasturlarini faol amalga oshirmoqda, natijada 2023 yilda 4 mingdan ortiq yangi bazaviy stansiya ishga tushirildi.</w:t>
      </w:r>
    </w:p>
    <w:p>
      <w:r>
        <w:t>Maʼlumotlar markazlari va bulutli texnologiyalar raqamli xizmatlarni taqdim etish va katta hajmdagi axborotni qayta ishlash uchun zarur infratuzilmadir. Oʻzbekistonda 2024 yil boshiga qadar 20 dan ortiq tijorat va davlat maʼlumotlar markazlari faoliyat koʻrsatmoqda, ularning umumiy sigʻimi 30 MVt dan oshdi. Eng yiriklari qatoriga "Data Volt" maʼlumotlar markazi (Toshkent), "UZINFOCOM" davlat maʼlumotlar markazi hamda "Beeline Uzbekistan" va "Ucell" kompaniyalarining korporativ maʼlumotlar markazlari kiradi. Shu bilan birga, "Oʻzbektelekom" AK tomonidan Toshkent shahrida Uptime Institute talablariga javob beradigan, 500 dan ortiq server shkaflarini joylashtirish imkoniyatiga ega boʻlgan yangi maʼlumotlar markazi foydalanishga topshirildi. Bulutli xizmatlar bozorida esa mahalliy provayderlar tomonidan IaaS va SaaS yechimlari kengaymoqda, biroq xalqaro platformalar (AWS, Azure, Google Cloud) bilan hamkorlik hali boshlangʻich bosqichda qolmoqda.</w:t>
      </w:r>
    </w:p>
    <w:p>
      <w:r>
        <w:t>Raqamli platformalar va elektron xizmatlar infratuzilmasi davlat boshqaruvi, moliya, taʼlim va sogʻliqni saqlash sohalarida jadal joriy etilmoqda. Yagona interaktiv davlat xizmatlari portali (my.gov.uz) orqali 650 dan ortiq interaktiv xizmatlar taqdim etilmoqda, foydalanuvchilar soni esa 2023 yilda 9 milliondan oshdi. "Elektron hukumat" tizimini rivojlantirish doirasida idoralararo maʼlumot almashish platformasi ishga tushirildi va 100 dan ortiq davlat axborot tizimlari birlashtirildi. Toʻlov tizimlari sohasida "Click", "Payme", "Oson" kabi milliy platformalar faoliyati kengayib, 2023 yilda ular orqali amalga oshirilgan tranzaksiyalar hajmi 100 trillion soʻmdan oshdi. Ochiq maʼlumotlar portali (data.gov.uz) da 12 mingdan ortiq maʼlumotlar toʻplami joylashtirildi, bu esa tadbirkorlar va tadqiqotchilar uchun yangi imkoniyatlar yaratmoqda.</w:t>
      </w:r>
    </w:p>
    <w:p>
      <w:r>
        <w:t>Raqamli infratuzilma rivojlanishining yana bir muhim yoʻnalishi — bu aholi punktlarini keng polosali internet bilan taʼminlash dasturlaridir. 2022–2026 yillarga moʻljallangan "Raqamli Oʻzbekiston — 2030" strategiyasi doirasida 14 mingdan ortiq maktab, 3 mingta bogʻcha va 2 mingdan ortiq tibbiyot muassasasi optik tolali aloqa bilan taʼminlandi. Qishloq joylarda internet qamrovini kengaytirish maqsadida universal xizmat koʻrsatish majburiyatlari doirasida 2023 yilda 2 mingdan ortiq aholi punktiga keng polosali ulanish yetkazildi. Shu bilan birga, sunʼiy yoʻldosh aloqa tizimlari orqali chekka hududlarni internet bilan taʼminlash boʻyicha pilot loyihalar amalga oshirilmoqda.</w:t>
      </w:r>
    </w:p>
    <w:p>
      <w:r>
        <w:t>Umuman olganda, Oʻzbekistonda raqamli infratuzilma sohasida erishilgan yutuqlar sezilarli boʻlsa-da, xalqaro standartlarga nisbatan ayrim koʻrsatkichlar boʻyicha orqada qolish saqlanib turibdi. Masalan, xalqaro internet kanallarining aholi jon boshiga toʻgʻri keladigan sigʻimi Markaziy Osiyodagi yetakchi mamlakatlarga qaraganda pastroq, maʼlumotlar markazlarining umumiy sigʻimi esa qoʻshni Qozogʻistonnikidan 3 barobar kamroq. Shunga qaramay, soʻnggi yillarda kuzatilgan ijobiy dinamika, davlat va xususiy sektor investitsiyalarining barqaror oʻsishi hamda texnologik yangilanishlarning jadallashuvi Oʻzbekiston raqamli infratuzilmasini yaqin kelajakda mintaqaviy yetakchi darajaga olib chiqish uchun zarur shart-sharoitlarni yaratmoqda.</w:t>
      </w:r>
    </w:p>
    <w:p>
      <w:pPr>
        <w:pStyle w:val="Heading2"/>
      </w:pPr>
      <w:r>
        <w:t>2.3. Elektron tijorat va raqamli xizmatlar bozorining tahlili</w:t>
      </w:r>
    </w:p>
    <w:p>
      <w:r>
        <w:t>Oʻzbekiston iqtisodiyotini raqamlashtirish jarayonida elektron tijorat va raqamli xizmatlar bozori jadal surʼatlar bilan rivojlanmoqda. Soʻnggi yillarda mamlakatda internet foydalanuvchilari sonining keskin ortishi, mobil aloqa qamrovining kengayishi hamda toʻlov infratuzilmasining modernizatsiya qilinishi elektron tijorat hajmining barqaror oʻsishiga zamin yaratdi. Rasmiy statistik maʼlumotlarga koʻra, 2023 yilda Oʻzbekistonda elektron tijorat bozorining umumiy hajmi 1,2 milliard AQSH dollaridan oshdi, bu esa 2020 yilga nisbatan qariyb uch baravar koʻpdir. Ushbu oʻsish surʼati nafaqat anʼanaviy chakana savdoning raqamli kanallarga oʻtishini, balki yangi raqamli xizmat turlarining paydo boʻlishini ham aks ettiradi.</w:t>
      </w:r>
    </w:p>
    <w:p>
      <w:r>
        <w:t>Elektron tijoratning tarkibiy tahlili shuni koʻrsatadiki, bozorning asosiy ulushi biznesdan isteʼmolchiga (B2C) segmentiga toʻgʻri keladi, biroq soʻnggi paytlarda biznesdan biznesga (B2B) va isteʼmolchidan isteʼmolchiga (C2C) segmentlarining ulushi ham ortib bormoqda. Oʻzbekistonda faoliyat yuritayotgan yirik elektron savdo maydonchalari qatoriga Uzum, Zood, Olcha, Asaxiy va boshqa platformalar kiradi. Uzum milliy raqamli ekotizim sifatida nafaqat onlayn chakana savdoni, balki toʻlov xizmatlari, logistika va raqamli kontentni ham qamrab olgan holda bozor yetakchisiga aylandi. Shu bilan birga, anʼanaviy chakana savdo tarmoqlari ham oʻzlarining onlayn doʻkonlarini rivojlantirib, omnichannel modelga oʻtmoqda, bu esa elektron tijoratning savdo sohasidagi ulushini yanada oshirishga xizmat qilmoqda.</w:t>
      </w:r>
    </w:p>
    <w:p>
      <w:r>
        <w:t>Onlayn toʻlov tizimlarining rivojlanishi elektron tijorat oʻsishining asosiy katalizatorlaridan biri hisoblanadi. Soʻnggi besh yil ichida Oʻzbekistonda toʻlov xizmatlari bozori sezilarli darajada liberallashtirildi: yangi toʻlov tashkilotlari bozorga kirib keldi, plastik kartochkalar va elektron hamyonlar soni keskin ortib, naqd pulsiz hisob-kitoblar ulushi sezilarli darajada oshdi. Markaziy bank maʼlumotlariga koʻra, 2024 yil boshida muomaladagi bank kartalari soni 40 milliondan oshdi, bu esa aholining deyarli har bir katta yoshli fuqarosiga toʻgʻri keladi. CLICK, Payme, Paynet, Oson kabi mahalliy toʻlov tizimlari hamda Apple Pay, Google Pay kabi xalqaro yechimlarning integratsiyasi tufayli onlayn xaridlarni amalga oshirish jarayoni ancha soddalashdi. Shunga qaramay, hali ham kichik biznes subyektlari orasida naqd puldan foydalanish darajasi yuqoriligicha qolmoqda, bu esa yashirin iqtisodiyotning saqlanishiga sabab boʻlmoqda.</w:t>
      </w:r>
    </w:p>
    <w:p>
      <w:r>
        <w:t>Internet-banking va mobil banking xizmatlarining rivojlanishi raqamli iqtisodiyotning muhim tarkibiy qismiga aylandi. Oʻzbekistonning barcha yirik banklari mobil ilovalarini ishga tushirib, mijozlarga masofadan turib hisob ochish, pul oʻtkazmalarini amalga oshirish, kredit olish, depozit qoʻyish va boshqa koʻplab operatsiyalarni bajarish imkoniyatini taqdim etmoqda. Xususan, Milliy bank, Ipoteka-bank, Xalq banki, Kapitalbank, TBC Bank kabi yetakchi moliya institutlari raqamli bank xizmatlari sifatini oshirish boʻyicha faol raqobatlashmoqda. Pandemiya davridagi cheklovlar internet-bankingdan foydalanish surʼatini keskin oshirgan boʻlsa, undan keyingi davrda ham foydalanuvchilar soni barqaror oʻsishda davom etmoqda. 2023 yilda internet-banking orqali amalga oshirilgan transaksiyalar hajmi trln. soʻmdan oshdi, bu esa 2019 yilga nisbatan oʻn barobardan koʻp oʻsishni anglatadi.</w:t>
      </w:r>
    </w:p>
    <w:p>
      <w:r>
        <w:t>Raqamli xizmatlardan foydalanish darajasi tahlili shuni koʻrsatadiki, aholining kundalik hayotida davlat xizmatlaridan tortib xususiy sektor xizmatlarigacha boʻlgan keng doiradagi raqamli platformalar tobora chuqurroq ildiz otmoqda. Yagona interaktiv davlat xizmatlari portali (my.gov.uz) orqali taqdim etilayotgan xizmatlar soni 600 dan oshdi, bu esa fuqarolarning davlat organlari bilan masofaviy muloqot qilish imkoniyatlarini sezilarli darajada kengaytirdi. Soliq, bojxona, kommunal toʻlovlar kabi yoʻnalishlarda ham raqamlashtirish darajasi oʻsib bormoqda. Bundan tashqari, taʼlim (onlayn kurslar, masofaviy taʼlim platformalari), sogʻliqni saqlash (telemeditsina, elektron retseptlar), transport (onlayn taksi chaqirish, chipta sotib olish) kabi sohalarda raqamli xizmatlar keng tarqalmoqda.</w:t>
      </w:r>
    </w:p>
    <w:p>
      <w:r>
        <w:t>Elektron tijorat va raqamli xizmatlar bozorining hududiy tarkibi hali ham nomutanosibligicha qolmoqda. Toshkent shahri va Toshkent viloyati elektron tijoratning umumiy hajmidan qariyb 60 foizini tashkil etadi, boshqa hududlar, ayniqsa qishloq joylari esa orqada qolmoqda. Bu holat raqamli tengsizlik muammosini keltirib chiqaradi va hududiy rivojlanish maqsadlariga erishishda toʻsiq boʻladi. Shu bilan birga, milliy pochta operatori tomonidan yaratilgan logistika infratuzilmasi va xususiy kuryerlik xizmatlarining kengayishi qishloq joylarida ham elektron tijoratdan foydalanish imkoniyatlarini oshirmoqda.</w:t>
      </w:r>
    </w:p>
    <w:p>
      <w:r>
        <w:t>Xulosa qilib aytganda, Oʻzbekistonda elektron tijorat va raqamli xizmatlar bozori yuksalish bosqichida boʻlib, uning oʻsishi uchun qulay shart-sharoitlar yaratilgan. Shu bilan birga, bozorning hududiy notekisligi, kichik biznes subyektlarining raqamli koʻnikmalari yetarli emasligi, toʻlov tizimlarida naqd pulga bogʻliqlikning saqlanib qolishi kabi muammolar hal etilishi talab etiladi. Kelgusi yillarda raqamli platformalar sonining oshishi, sunʼiy intellekt va katta maʼlumotlar texnologiyalarining joriy etilishi hamda elektron tijorat sohasidagi huquqiy bazaning yanada takomillashtirilishi ushbu bozorning barqaror rivojlanishini taʼminlaydi.</w:t>
      </w:r>
    </w:p>
    <w:p>
      <w:pPr>
        <w:pStyle w:val="Heading2"/>
      </w:pPr>
      <w:r>
        <w:t>2.4. Raqamli iqtisodiyot rivojlanishidagi asosiy muammolar va toʻsiqlar</w:t>
      </w:r>
    </w:p>
    <w:p>
      <w:r>
        <w:t>Raqamli iqtisodiyotning jadal rivojlanishiga qaramay, Oʻzbekistonda uning toʻlaqonli shakllanishiga toʻsqinlik qilayotgan bir qator jiddiy muammolar va toʻsiqlar mavjud. Ushbu muammolarni tahlil qilish orqali raqamli transformatsiya jarayonining hozirgi holatidagi eng zaif nuqtalarni aniqlash va kelgusidagi siyosatni samarali yoʻnaltirish mumkin. Eng muhim toʻsiqlardan biri sifatida malakali kadrlarning yetishmovchiligi alohida ajralib turadi. Axborot-kommunikatsiya texnologiyalari sohasida yuqori malakali mutaxassislar, xususan, dasturchilar, maʼlumotlar tahlilchilari, kiberxavfsizlik boʻyicha ekspertlar va sunʼiy intellekt sohasidagi mutaxassislarga boʻlgan talab taklifdan sezilarli darajada oshib ketmoqda. Mavjud taʼlim tizimi bozor talablariga tez moslasha olmayapti, oliy oʻquv yurtlarida berilayotgan bilimlar koʻpincha amaliyotdan yiroq, zamonaviy texnologiyalar va dasturiy vositalarni oʻrgatish yetarli darajada yoʻlga qoʻyilmagan. Natijada, bitiruvchilarning raqobatbardoshligi past boʻlib, ish beruvchilar qoʻshimcha qayta tayyorlashga majbur boʻlmoqda yoki xorijiy mutaxassislarni jalb qilishga intilmoqda. Bu holat nafaqat davlat sektorida, balki xususiy kompaniyalarda ham raqamli loyihalarni amalga oshirishni sekinlashtiradi va innovatsion rivojlanish surʼatlarini pasaytiradi.</w:t>
      </w:r>
    </w:p>
    <w:p>
      <w:r>
        <w:t>Kadrlar muammosi bilan chambarchas bogʻliq boʻlgan yana bir jiddiy toʻsiq aholining raqamli savodxonligi darajasining yetarli emasligidir. Raqamli iqtisodiyotning barcha ishtirokchilari – fuqarolar, tadbirkorlar, davlat xizmatchilari – zamonaviy raqamli vositalardan samarali foydalanish koʻnikmalariga ega boʻlishi lozim. Ammo Oʻzbekiston aholisining katta qismi, ayniqsa, qishloq joylarda va keksa yoshdagi fuqarolar orasida, kompyuter savodxonligi, internetdan xavfsiz foydalanish va elektron xizmatlardan foydalanish koʻnikmalari pastligicha qolmoqda. Raqamli savodsizlik nafaqat elektron tijorat va onlayn xizmatlardan foydalanishni cheklaydi, balki fuqarolarni kiberxavflarga nisbatan himoyasiz qoldiradi. Shu bilan birga, kichik va oʻrta biznes subyektlarining aksariyati raqamli texnologiyalarni joriy etishdan manfaatdor emas yoki bunga tayyor emas, chunki ular raqamli transformatsiyaning foydasini yetarlicha anglamaydi va zarur koʻnikmalarga ega emas. Bu esa iqtisodiyotning turli tarmoqlarida raqamli texnologiyalarning tarqalish surʼatlarini sekinlashtiradi.</w:t>
      </w:r>
    </w:p>
    <w:p>
      <w:r>
        <w:t>Qonunchilikdagi boʻshliqlar va huquqiy tartibga solishning nomukammalligi raqamli iqtisodiyot rivojlanishiga jiddiy toʻsqinlik qilmoqda. Elektron hujjat aylanishi, elektron imzo, raqamli identifikatsiya, shaxsiy maʼlumotlarni himoya qilish, elektron tijorat, kriptovalyutalar va blokcheyn texnologiyalari kabi sohalarda qonunchilik bazasi hali toʻliq shakllanmagan yoki eskirgan normalarni oʻz ichiga oladi. Masalan, elektron shartnomalar va elektron imzolarning huquqiy kuchi baʼzi hollarda sud amaliyotida yetarlicha tan olinmaydi, bu esa ishbilarmonlik muhitida ishonchsizlikni keltirib chiqaradi. Shaxsiy maʼlumotlarni himoya qilish boʻyicha maxsus qonunning mavjud emasligi yoki uning talablari xalqaro standartlarga javob bermasligi xorijiy investorlarni va hamkorlarni choʻchitmoqda. Shuningdek, raqamli xizmatlar koʻrsatuvchi platformalar uchun litsenziyalash va soliqqa tortish tartiblari noaniq boʻlib, bu norasmiy sektorning kengayishiga olib kelmoqda. Qonunchilikdagi bunday boʻshliqlar raqamli biznesni yuritishda huquqiy xavflarni oshiradi va innovatsion loyihalarni amalga oshirishni qiyinlashtiradi.</w:t>
      </w:r>
    </w:p>
    <w:p>
      <w:r>
        <w:t>Kiberxavfsizlik sohasidagi zaifliklar raqamli iqtisodiyotning barqaror rivojlanishiga tahdid soluvchi muhim omillardan biridir. Raqamli xizmatlar va onlayn tranzaksiyalar hajmining oʻsishi bilan birga kiberhujumlar, maʼlumotlarning sizib chiqishi, firibgarlik va boshqa raqamli jinoyatlar soni ham ortib bormoqda. Oʻzbekistonda kiberxavfsizlik infratuzilmasi hali yetarlicha rivojlanmagan, davlat idoralari va xususiy kompaniyalarda axborot xavfsizligi boʻyicha malakali mutaxassislar yetishmaydi, zamonaviy himoya vositalari va monitoring tizimlaridan foydalanish darajasi past. Aholining kiberxavflar haqida xabardorligi ham yetarli emas, natijada firibgarlik sxemalariga uchrab, moliyaviy yoʻqotishlarga duch kelish holatlari koʻpaymoqda. Davlat axborot tizimlarida mavjud zaifliklar esa milliy xavfsizlikka jiddiy tahdid solishi mumkin. Kiberxavfsizlikni taʼminlash boʻyicha institutsional mexanizmlarning nomukammalligi va javobgarlikning aniq taqsimlanmaganligi bu muammoni yanada chuqurlashtiradi. Shu sababli, ishonchli raqamli muhit yaratish raqamli iqtisodiyotni rivojlantirishning ajralmas sharti boʻlib qolmoqda.</w:t>
      </w:r>
    </w:p>
    <w:p>
      <w:r>
        <w:t>Yuqorida sanab oʻtilgan muammolardan tashqari, raqamli iqtisodiyotni rivojlantirishda moliyaviy resurslarning cheklanganligi ham muhim toʻsiq boʻlib xizmat qilmoqda. Kichik va oʻrta biznes subyektlari uchun raqamli texnologiyalarni joriy etish uchun zarur boʻlgan boshlangʻich investitsiyalar koʻpincha katta yuk boʻlib, kredit olish imkoniyatlari cheklangan. Davlat tomonidan ajratilayotgan mablagʻlar esa raqamli infratuzilmani modernizatsiya qilish va innovatsion loyihalarni qoʻllab-quvvatlash uchun yetarli emas. Venchur kapitali va xususiy investitsiyalar bozori hali rivojlanish bosqichida, bu esa startap loyihalarni moliyalashtirishda qiyinchiliklar tugʻdiradi. Shu bilan birga, raqamli iqtisodiyotning rivojlanishini ragʻbatlantiruvchi soliq imtiyozlari va boshqa iqtisodiy vositalar yetarlicha samarali ishlamayapti. Bu omillar, ayniqsa, innovatsion gʻoyalarga boy yosh tadbirkorlar uchun jiddiy toʻsiq boʻlib, ularning salohiyatini toʻliq roʻyobga chiqarishga xalaqit bermoqda.</w:t>
      </w:r>
    </w:p>
    <w:p>
      <w:r>
        <w:t>Xulosa qilib aytganda, Oʻzbekistonda raqamli iqtisodiyotning rivojlanishiga toʻsqinlik qilayotgan muammolar bir-biri bilan chambarchas bogʻliq boʻlib, ularni kompleks hal etish talab etiladi. Malakali kadrlar yetishmovchiligi va raqamli savodsizlik inson kapitali sohasidagi zaifliklarni koʻrsatsa, qonunchilikdagi boʻshliqlar va kiberxavfsizlik muammolari institutsional muhitning yetuk emasligini namoyon etadi. Moliyaviy resurslarning cheklanganligi esa bu muammolarni yanada kuchaytiradi. Ushbu toʻsiqlarni bartaraf etish uchun davlat siyosatini muvofiqlashtirish, taʼlim tizimini isloh qilish, huquqiy bazani takomillashtirish, kiberxavfsizlikni kuchaytirish va investitsiyalarni ragʻbatlantirish boʻyicha tizimli chora-tadbirlar zarur. Faqat shu yoʻl bilan Oʻzbekiston raqamli iqtisodiyotning toʻlaqonli afzalliklaridan foydalana oladi va global raqobatbardoshlikka erishadi.</w:t>
      </w:r>
    </w:p>
    <w:p>
      <w:pPr>
        <w:pStyle w:val="Heading1"/>
        <w:pageBreakBefore/>
      </w:pPr>
      <w:r>
        <w:t>III BOB. OʻZBEKISTONDA RAQAMLI IQTISODIYOTNI RIVOJLANTIRISHNING USTUVOR YOʻNALISHLARI VA ISTIQBOLLARI</w:t>
      </w:r>
    </w:p>
    <w:p>
      <w:pPr>
        <w:pStyle w:val="Heading2"/>
      </w:pPr>
      <w:r>
        <w:t>3.1. Raqamli infratuzilmani modernizatsiya qilish va kengaytirish</w:t>
      </w:r>
    </w:p>
    <w:p>
      <w:r>
        <w:t>Raqamli iqtisodiyotni jadal rivojlantirishning asosiy shartlaridan biri zamonaviy va ishonchli raqamli infratuzilmani shakllantirishdir. Oʻzbekiston sharoitida bu borada 5G tarmoqlarini keng joriy etish, maʼlumotlar markazlari tarmogʻini kengaytirish hamda bulutli texnologiyalardan foydalanishni ommalashtirish ustuvor ahamiyat kasb etadi. Mavjud infratuzilma aksariyat hududlarda eskirgan boʻlib, yuqori tezlikdagi ulanish, katta hajmdagi maʼlumotlarni qayta ishlash va zamonaviy raqamli xizmatlarni taqdim etish imkoniyatlarini cheklaydi. Shu bois raqamli infratuzilmani modernizatsiya qilish va kengaytirish boʻyicha kompleks chora-tadbirlar ishlab chiqish zarur.</w:t>
      </w:r>
    </w:p>
    <w:p>
      <w:r>
        <w:t>5G texnologiyasi raqamli iqtisodiyotning kelajakdagi rivoji uchun poydevor vazifasini oʻtaydi. U nafaqat mobil aloqa tezligini oshiradi, balki narsalar interneti, sunʼiy intellekt, aqlli shahar yechimlari kabi ilgʻor texnologiyalarni keng qoʻllash imkonini beradi. Oʻzbekistonda 5G tarmoqlarini joriy etish boʻyicha dastlabki qadamlar qoʻyilgan boʻlsa-da, qamrov hali cheklangan va asosan yirik shaharlardagi ayrim hududlarni qamrab oladi. Ushbu tarmoqlarni respublikaning barcha viloyat markazlari hamda sanoat zonalari va logistika markazlariga bosqichma-bosqich kengaytirish taklif etiladi. Buning uchun radiochastota spektrini samarali taqsimlash, 5G uskunalarini import qilishda bojxona imtiyozlari berish hamda xususiy operatorlar bilan davlat-xususiy sheriklik mexanizmlarini rivojlantirish lozim. Shuningdek, 5G tarmoqlarining qishloq joylariga kirib borishi raqamli tafovutni qisqartirishga xizmat qiladi, shu sababli universal xizmat koʻrsatish majburiyatlari doirasida operatorlarga maqsadli subsidiyalar ajratish maqsadga muvofiqdir.</w:t>
      </w:r>
    </w:p>
    <w:p>
      <w:r>
        <w:t>Maʼlumotlar markazlari raqamli iqtisodiyotning moddiy asosini tashkil etadi. Hozirgi kunda Oʻzbekistonda yirik maʼlumotlarni saqlash va qayta ishlash markazlari soni yetarli emas, mavjudlarining quvvati esa oʻsib borayotgan talabni qondira olmaydi. Milliy va xalqaro kompaniyalarning maʼlumotlarini mamlakat ichida saqlashga qiziqishini oshirish uchun zamonaviy, energiya samarador va xavfsizlik talablariga javob beradigan maʼlumotlar markazlarini qurish zarur. Bunda Toshkent, Samarqand va Fargʻona vodiysi kabi strategik hududlarda yirik maʼlumotlar markazlarini joylashtirish, ularni qayta tiklanuvchi energiya manbalari bilan taʼminlash taklif etiladi. Davlat tomonidan bunday markazlar uchun yer ajratish, elektr energiyasi tariflarida imtiyozlar berish hamda xalqaro standartlarga muvofiq sertifikatlash tizimini joriy etish orqali investitsiyalarni jalb qilish mumkin. Shuningdek, davlat idoralarining maʼlumotlar markazlarini konsolidatsiya qilish va ularni yagona milliy bulut platformasiga oʻtkazish resurslardan samarali foydalanishni taʼminlaydi.</w:t>
      </w:r>
    </w:p>
    <w:p>
      <w:r>
        <w:t>Bulutli texnologiyalar raqamli xizmatlarni koʻrsatishda moslashuvchanlik va iqtisodiy samaradorlikni oshiradi. Oʻzbekistonda bulutli hisoblash xizmatlari hali boshlangʻich bosqichda boʻlib, asosan yirik korxonalar tomonidan qoʻllaniladi. Kichik va oʻrta biznes subyektlari uchun bulutli xizmatlardan foydalanish imkoniyatlarini kengaytirish muhim ahamiyatga ega. Buning uchun milliy bulutli provayderlarni qoʻllab-quvvatlash, xalqaro bulutli platformalar bilan hamkorlikni rivojlantirish hamda bulutli xizmatlar bozorida raqobatni ragʻbatlantirish zarur. Davlat sektorida bulutli texnologiyalarga oʻtish xarajatlarni kamaytirish va xizmat koʻrsatish sifatini oshirish imkonini beradi. Shuningdek, bulutli xizmatlar xavfsizligini taʼminlash uchun maʼlumotlarni himoya qilish boʻyicha milliy standartlarni ishlab chiqish va ularga rioya etilishini nazorat qilish lozim. Kiberxavfsizlik choralarini kuchaytirish orqali foydalanuvchilarning bulutli xizmatlarga ishonchini oshirish mumkin.</w:t>
      </w:r>
    </w:p>
    <w:p>
      <w:r>
        <w:t>Raqamli infratuzilmani modernizatsiya qilishda yana bir muhim jihat – bu optik tolali aloqa liniyalarini kengaytirishdir. 5G tarmoqlari va maʼlumotlar markazlarining samarali ishlashi uchun yuqori sigʻimli magistral tarmoqlar zarur. Mamlakatning barcha tuman markazlariga optik tolali aloqa tarmoqlarini yetkazish, xalqaro internet kanallarining oʻtkazish qobiliyatini oshirish hamda zaxira yoʻnalishlarni yaratish taklif etiladi. Bu nafaqat ichki aloqa sifatini yaxshilaydi, balki Oʻzbekistonni Markaziy Osiyoda raqamli tranzit markaziga aylantirish imkonini beradi. Buning uchun qoʻshni davlatlar bilan hamkorlikda yangi xalqaro optik tolali liniyalarni qurish loyihalarini amalga oshirish maqsadga muvofiq.</w:t>
      </w:r>
    </w:p>
    <w:p>
      <w:r>
        <w:t>Raqamli infratuzilmani rivojlantirish boʻyicha taklif etilayotgan chora-tadbirlarni amalga oshirish uchun zarur moliyaviy resurslarni safarbar etishda davlat byudjeti mablagʻlari bilan bir qatorda xalqaro moliya institutlarining kreditlari va grantlaridan foydalanish tavsiya etiladi. Shuningdek, infratuzilma loyihalarini amalga oshirishda ochiq tenderlar oʻtkazish va shaffoflikni taʼminlash orqali korrupsiya xavfini kamaytirish lozim. Ushbu yoʻnalishdagi islohotlar natijasida Oʻzbekistonda raqamli iqtisodiyotning barcha tarmoqlari uchun mustahkam texnologik poydevor yaratiladi, bu esa iqtisodiy oʻsishni jadallashtirish va aholi farovonligini oshirishga xizmat qiladi.</w:t>
      </w:r>
    </w:p>
    <w:p>
      <w:pPr>
        <w:pStyle w:val="Heading2"/>
      </w:pPr>
      <w:r>
        <w:t>3.2. Raqamli koʻnikmalarni oshirish va kadrlar tayyorlash tizimini takomillashtirish</w:t>
      </w:r>
    </w:p>
    <w:p>
      <w:r>
        <w:t>Oʻzbekistonda raqamli iqtisodiyotni jadal rivojlantirish uchun inson kapitali hal qiluvchi omil boʻlib xizmat qiladi. Raqamli transformatsiya jarayonlari mehnat bozorida yangi kompetensiyalarga boʻlgan talabni keskin oshirmoqda, shu bois raqamli koʻnikmalarni shakllantirish va takomillashtirish ustuvor strategik yoʻnalish sifatida qaralishi lozim. Mavjud taʼlim tizimi va kadrlar tayyorlash amaliyoti raqamli iqtisodiyot talablariga toʻliq javob bermayotgani, ayniqsa, amaliy dasturlash, maʼlumotlar tahlili, sunʼiy intellekt va kiberxavfsizlik kabi yoʻnalishlarda malakali mutaxassislar yetishmovchiligi kuzatilmoqda. Shu sababli taʼlim dasturlarini tubdan yangilash, uzluksiz taʼlim tamoyiliga asoslangan holda barcha yosh guruhlari uchun raqamli savodxonlikni oshirish, shuningdek, xususiy sektor bilan hamkorlikda amaliy koʻnikmalarni rivojlantirishga qaratilgan kompleks chora-tadbirlarni amalga oshirish zarur.</w:t>
      </w:r>
    </w:p>
    <w:p>
      <w:r>
        <w:t>Taʼlim dasturlarini yangilash jarayonida avvalo umumiy oʻrta taʼlimdan boshlab oliy taʼlim va undan keyingi bosqichlargacha boʻlgan barcha darajalarda raqamli kompetensiyalarni integratsiyalash talab etiladi. Boshlangʻich sinflarda informatika fanini algoritmik fikrlashni shakllantirishga yoʻnaltirilgan holda oʻqitish, oʻrta maktabda dasturlash asoslari, veb-texnologiyalar va maʼlumotlar bazalari bilan ishlash kabi amaliy mashgʻulotlarni kengaytirish muhim ahamiyatga ega. Oliy taʼlim muassasalarida esa axborot texnologiyalari yoʻnalishidagi oʻquv rejalari xalqaro standartlarga moslashtirilishi, zamonaviy dasturlash tillari, bulutli texnologiyalar, mashina oʻrganishi va katta maʼlumotlar tahlili kabi fanlar majburiy komponent sifatida kiritilishi lozim. Bundan tashqari, iqtisodiyot, moliya, tibbiyot, qishloq xoʻjaligi kabi noaniq yoʻnalishlarda tahsil olayotgan talabalar uchun ham raqamli iqtisodiyot asoslari, elektron tijorat va raqamli marketing boʻyicha tanlov fanlari taklif etilishi ularning kelajakdagi kasbiy faoliyatida raqamli vositalardan samarali foydalanish imkoniyatini oshiradi.</w:t>
      </w:r>
    </w:p>
    <w:p>
      <w:r>
        <w:t>IT-mutaxassislarni tayyorlash sifatini oshirishda amaliyotga yoʻnaltirilgan taʼlim modeliga oʻtish alohida oʻrin tutadi. Universitetlar va yirik IT-kompaniyalar oʻrtasida barqaror hamkorlik aloqalarini yoʻlga qoʻyish orqali talabalarning real loyihalarda ishtirok etishini taʼminlash, ishlab chiqarish amaliyotini kompaniyalarning ichki jarayonlariga integratsiyalash zarur. Bu borada Oʻzbekistonda faoliyat yuritayotgan IT-park rezidentlari, xalqaro texnologik kompaniyalarning vakolatxonalari va startap ekotizim subyektlari bilan hamkorlikda qoʻshma oʻquv dasturlari, bootcamp va intensiv kurslar tashkil etish samarali mexanizm boʻlib xizmat qilishi mumkin. Shuningdek, xalqaro sertifikatlash tizimlariga tayyorlovchi maxsus kurslarni kengaytirish, iqtidorli yoshlarni xorijiy yetakchi universitetlarda qisqa muddatli stajirovkalarga yuborish amaliyotini rivojlantirish orqali mahalliy mutaxassislarning global raqobatbardoshligini oshirish lozim. Katta hajmdagi davlat buyurtmalari asosida IT sohasida kadrlar tayyorlash rejasini ishlab chiqish, maqsadli grantlar va stipendiyalar ajratish ham talab yuqori boʻlgan yoʻnalishlarda mutaxassislar yetishmovchiligini kamaytirishga xizmat qiladi.</w:t>
      </w:r>
    </w:p>
    <w:p>
      <w:r>
        <w:t>Aholining raqamli savodxonligini oshirish masalasi raqamli iqtisodiyotning inklyuziv rivojlanishini taʼminlash va raqamli tafovutni qisqartirish nuqtai nazaridan muhim ahamiyat kasb etadi. Kattalar, ayniqsa, qishloq joylarda yashovchi aholi, ayollar va keksa yoshdagi fuqarolar orasida raqamli koʻnikmalarning pastligi elektron xizmatlardan foydalanishda toʻsiqlar yaratmoqda. Ushbu muammoni hal etish uchun mahallalar, taʼlim muassasalari va kutubxonalar bazasida raqamli savodxonlik markazlarini tashkil etish, koʻchma oʻquv kurslarini yoʻlga qoʻyish va masofaviy taʼlim platformalarini rivojlantirish zarur. Davlat xizmatlari koʻrsatish markazlari va bank muassasalarida mijozlarga raqamli xizmatlardan foydalanish boʻyicha bepul konsultatsiyalar berish amaliyotini kengaytirish, shuningdek, televideniye va ijtimoiy tarmoqlar orqali ommabop tushuntirish materiallarini tarqatish raqamli madaniyatni shakllantirishga xizmat qiladi. Ushbu chora-tadbirlar natijasida aholining elektron tijorat, elektron toʻlovlar va masofaviy bandlik imkoniyatlaridan foydalanish darajasi sezilarli oshadi.</w:t>
      </w:r>
    </w:p>
    <w:p>
      <w:r>
        <w:t>Kadrlar tayyorlash tizimini takomillashtirishda uzluksiz taʼlim va qayta tayyorlash mexanizmlarini joriy etish muhim ahamiyatga ega. Texnologiyalarning tez yangilanib borishi sababli mavjud mutaxassislarning bilim va koʻnikmalarini doimiy ravishda yangilab borish talab etiladi. Bu borada ish beruvchilar bilan hamkorlikda tarmoq ehtiyojlariga moslashtirilgan qisqa muddatli malaka oshirish kurslarini tashkil etish, korxonalar ichida ichki oʻquv markazlarini rivojlantirishni ragʻbatlantirish lozim. Davlat tomonidan xususiy taʼlim provayderlariga soliq imtiyozlari va subsidiyalar taqdim etish orqali raqamli koʻnikmalar boʻyicha qisqa muddatli kurslar taklifini kengaytirish mumkin. Shuningdek, ish beruvchilar uchun xodimlarni raqamli qayta tayyorlash xarajatlarining bir qismini qoplash mexanizmini joriy etish, ayniqsa, kichik va oʻrta biznes subyektlarida raqamli transformatsiyani tezlashtirishga turtki beradi. Taʼlim va mehnat bozori oʻrtasidagi uzilishni bartaraf etish uchun milliy malaka tizimini shakllantirish, raqamli kompetensiyalar boʻyicha yagona baholash standartlarini ishlab chiqish va sertifikatlash tizimini joriy etish zarur boʻladi.</w:t>
      </w:r>
    </w:p>
    <w:p>
      <w:r>
        <w:t>Oʻzbekistonda raqamli koʻnikmalarni oshirish va kadrlar tayyorlash tizimini takomillashtirish boʻyicha amalga oshirilayotgan islohotlar dastlabki natijalarni bermoqda, biroq mavjud surʼatlar raqamli iqtisodiyotning jadal rivojlanish talablariga toʻliq javob bermayapti. Kelgusida taʼlim dasturlarini muntazam yangilab borish, IT-mutaxassislar tayyorlashda amaliyotga yoʻnaltirilgan yondashuvni kuchaytirish va aholining barcha qatlamlari uchun raqamli savodxonlikni oshirish boʻyicha davlat dasturlarini kengaytirish ustuvor vazifa boʻlib qolmoqda. Ushbu yoʻnalishdagi saʼy-harakatlarning muvaffaqiyati nafaqat kadrlar yetishmovchiligini bartaraf etish, balki raqamli iqtisodiyotning barcha tarmoqlarida innovatsion faollikni oshirish, yangi ish oʻrinlari yaratish va aholi farovonligini taʼminlashga xizmat qiladi.</w:t>
      </w:r>
    </w:p>
    <w:p>
      <w:pPr>
        <w:pStyle w:val="Heading2"/>
      </w:pPr>
      <w:r>
        <w:t>3.3. Elektron hukumat va raqamli davlat xizmatlarini rivojlantirish</w:t>
      </w:r>
    </w:p>
    <w:p>
      <w:r>
        <w:t>Oʻzbekistonda elektron hukumat va raqamli davlat xizmatlarini rivojlantirish raqamli iqtisodiyotning ustuvor yoʻnalishlaridan biri sifatida davlat boshqaruvining samaradorligini oshirish, korrupsiyani kamaytirish va fuqarolarga qulaylik yaratishda hal qiluvchi ahamiyatga ega. Bugungi kunda mamlakatda ushbu sohada sezilarli yutuqlarga erishilgan boʻlsa-da, davlat xizmatlarini toʻliq raqamlashtirish, idoralararo maʼlumotlar almashinuvini takomillashtirish va yagona interaktiv portalni kengaytirish boʻyicha qator vazifalar hal etilishi lozim. Mazkur kichik boʻlimda davlat boshqaruvini raqamlashtirishning joriy holati tahlil qilinib, yagona davlat xizmatlari portalini rivojlantirish, maʼlumotlar almashinuvini optimallashtirish hamda elektron hukumat infratuzilmasini yanada takomillashtirish yoʻllari taklif etiladi.</w:t>
      </w:r>
    </w:p>
    <w:p>
      <w:r>
        <w:t>Davlat boshqaruvini raqamlashtirish jarayoni Oʻzbekistonda soʻnggi yillarda jadal surʼatlar bilan olib borilmoqda. “Raqamli Oʻzbekiston – 2030” strategiyasi doirasida davlat organlari faoliyatini elektron shaklga oʻtkazish, idoraviy axborot tizimlarini integratsiyalash va maʼmuriy jarayonlarni avtomatlashtirish boʻyicha kompleks chora-tadbirlar amalga oshirilmoqda. Shu bilan birga, ayrim davlat idoralarida hujjat aylanishi hali ham qogʻoz shaklida yuritilishi, maʼlumotlar bazalari oʻzaro mos kelmasligi va xodimlarning raqamli koʻnikmalari yetarli emasligi boshqaruv samaradorligini pasaytirmoqda. Ushbu muammolarni bartaraf etish uchun davlat boshqaruvida yagona elektron hujjat aylanish tizimini toʻliq joriy etish, barcha vazirlik va idoralarni yagona platformaga ulash hamda maʼmuriy reglamentlarni raqamli formatga oʻtkazish zarur. Xususan, davlat xaridlari, litsenziyalash, ruxsat berish va nazorat funksiyalarini raqamlashtirish orqali inson omilini minimallashtirish va korrupsiyaviy xavflarni kamaytirish mumkin. Bunda sunʼiy intellekt va katta maʼlumotlar tahlili kabi ilgʻor texnologiyalardan foydalanish boshqaruv qarorlarini qabul qilishda aniqlik va tezkorlikni taʼminlaydi.</w:t>
      </w:r>
    </w:p>
    <w:p>
      <w:r>
        <w:t>Yagona interaktiv davlat xizmatlari portali (my.gov.uz) fuqarolar va tadbirkorlik subyektlari uchun davlat xizmatlaridan masofadan foydalanish imkoniyatini beruvchi asosiy platforma hisoblanadi. Hozirgi kunda portal orqali 300 dan ortiq xizmatlar koʻrsatilmoqda, biroq foydalanuvchilar soni va xizmatlar qamrovini yanada oshirish imkoniyatlari mavjud. Portaldagi xizmatlarni takomillashtirishning asosiy yoʻnalishlari sifatida quyidagilarni belgilash maqsadga muvofiq: birinchidan, xizmatlar sonini koʻpaytirish va ularni fuqarolarning hayotiy vaziyatlari (tugʻilish, nikoh, pensiya, tadbirkorlikni boshlash va boshqalar) boʻyicha guruhlash, bu foydalanuvchiga kerakli xizmatni tez topish va kompleks tarzda olish imkonini beradi; ikkinchidan, mobil ilova interfeysini soddalashtirish va uning barqaror ishlashini taʼminlash, chunki aksariyat fuqarolar internetga mobil qurilmalar orqali kiradi; uchinchidan, xizmat koʻrsatish jarayonida real vaqt rejimida maʼlumotlarni tekshirish va avtomatik qaror qabul qilish mexanizmlarini joriy etish, bu esa fuqarolarning davlat idoralariga shaxsan murojaat qilish zaruratini kamaytiradi. Shuningdek, portalni xalqaro standartlarga moslashtirish, jumladan, elektron imzo va identifikatsiya tizimlarini yanada rivojlantirish, xorijiy fuqarolar va migrantlar uchun xizmatlar koʻrsatishni kengaytirish ham dolzarb vazifalardan hisoblanadi.</w:t>
      </w:r>
    </w:p>
    <w:p>
      <w:r>
        <w:t>Maʼlumotlar almashinuvini takomillashtirish elektron hukumat samaradorligining asosiy omillaridan biridir. Hozirgi kunda davlat idoralari oʻrtasida maʼlumotlar almashinuvi qisman “Elektron hukumat” idoralararo integratsiya platformasi orqali amalga oshirilmoqda, biroq koʻplab idoralar hali ham maʼlumotlarni qoʻlda kiritadi yoki alohida bazalarda saqlaydi. Bu esa fuqarolardan bir xil maʼlumotlarni qayta-qayta soʻrashga olib keladi va xizmat koʻrsatish muddatini uzaytiradi. Shu munosabat bilan, davlat maʼlumotlar bazalarini yagona milliy maʼlumotlar markaziga birlashtirish, idoralararo maʼlumot almashish protokollarini standartlashtirish va maʼlumotlarning avtomatik sinxronizatsiyasini taʼminlash zarur. Buning uchun har bir davlat organi uchun maʼlumotlarni taqdim etish va olish boʻyicha aniq reglamentlar ishlab chiqish, maʼlumotlar xavfsizligini kafolatlovchi shifrlash va autentifikatsiya mexanizmlarini joriy etish lozim. Bundan tashqari, ochiq maʼlumotlar siyosatini kengaytirish orqali tadbirkorlar va startaplar uchun davlat maʼlumotlaridan foydalanish imkoniyatini yaratish raqamli iqtisodiyotning yangi xizmatlarini rivojlantirishga turtki beradi. Maʼlumotlar almashinuvini takomillashtirishda bulutli texnologiyalar va blokcheyn yechimlaridan foydalanish maʼlumotlarning yaxlitligi va shaffofligini oshiradi.</w:t>
      </w:r>
    </w:p>
    <w:p>
      <w:r>
        <w:t>Elektron hukumatni rivojlantirishda foydalanuvchilarga yoʻnaltirilgan yondashuvni kuchaytirish muhim ahamiyat kasb etadi. Davlat xizmatlarini koʻrsatishda fuqarolar va biznes vakillarining fikr-mulohazalarini muntazam oʻrganish, sifatni baholashning avtomatlashtirilgan tizimini joriy etish va natijalarga koʻra xizmatlarni takomillashtirish zarur. Xususan, “yagona darcha” tamoyilini toʻliq amalga oshirish, yaʼni fuqaro bir murojaat bilan bir nechta idoralardan zarur maʼlumotlarni olmasdan yakuniy natijaga erishishi kerak. Buning uchun proaktiv xizmatlar modelini joriy etish, yaʼni davlat organlarining fuqaroning hayotiy holatidan kelib chiqib, unga kerakli xizmatni avtomatik ravishda taklif qilishini taʼminlash istiqbolli yoʻnalish hisoblanadi. Shuningdek, elektron hukumat tizimini raqamli iqtisodiyotning boshqa elementlari, masalan, elektron tijorat, raqamli moliyaviy xizmatlar va aqlli shahar loyihalari bilan integratsiyalash orqali yaxlit raqamli ekotizim yaratish mumkin.</w:t>
      </w:r>
    </w:p>
    <w:p>
      <w:r>
        <w:t>Xulosa qilib aytganda, Oʻzbekistonda elektron hukumat va raqamli davlat xizmatlarini rivojlantirish davlat boshqaruvini modernizatsiya qilish, fuqarolar va tadbirkorlar uchun qulay muhit yaratish hamda raqamli iqtisodiyotning boshqa sohalariga zamin yaratishda markaziy oʻrin tutadi. Taklif etilgan chora-tadbirlar – yagona portalni kengaytirish, idoralararo maʼlumotlar almashinuvini takomillashtirish va foydalanuvchiga yoʻnaltirilgan xizmatlarni joriy etish – orqali mamlakatning raqamli transformatsiyasini jadallashtirish va xalqaro reytinglarda yuqori oʻrinlarni egallash imkoniyati taʼminlanadi. Ushbu yoʻnalishdagi izchil islohotlar natijasida davlat xizmatlarining shaffofligi, tezkorligi va sifatining oshishi kutiladi, bu esa pirovardida aholi farovonligi va iqtisodiy oʻsishga xizmat qiladi.</w:t>
      </w:r>
    </w:p>
    <w:p>
      <w:pPr>
        <w:pStyle w:val="Heading2"/>
      </w:pPr>
      <w:r>
        <w:t>3.4. Raqamli iqtisodiyotni moliyaviy va institutsional qoʻllab-quvvatlash mexanizmlari</w:t>
      </w:r>
    </w:p>
    <w:p>
      <w:r>
        <w:t>Raqamli iqtisodiyotni rivojlantirishda moliyaviy va institutsional qoʻllab-quvvatlash mexanizmlari hal qiluvchi ahamiyatga ega. Oʻzbekiston sharoitida bu yoʻnalishda investitsiyalarni keng jalb etish, startap ekotizimini mustahkamlash, soliq va bojxona imtiyozlarini takomillashtirish hamda davlat-xususiy sheriklik (DXSh) mexanizmlarini faol joriy etish boʻyicha kompleks chora-tadbirlar amalga oshirilmoqda. Ushbu mexanizmlarning samaradorligi raqamli transformatsiya surʼatlarini belgilab beradi va iqtisodiyotning barcha tarmoqlarida innovatsion yechimlarning keng qoʻllanilishiga zamin yaratadi.</w:t>
      </w:r>
    </w:p>
    <w:p>
      <w:r>
        <w:t>Investitsiyalarni jalb qilish raqamli iqtisodiyotni moliyaviy qoʻllab-quvvatlashning asosiy yoʻnalishlaridan biri hisoblanadi. Oʻzbekistonda xorijiy va mahalliy investorlar uchun qulay investitsion muhit yaratish maqsadida qator islohotlar olib borilmoqda. Xususan, raqamli infratuzilma loyihalariga yoʻnaltirilgan toʻgʻridan-toʻgʻri xorijiy investitsiyalar hajmini oshirish, venchur kapital fondlarini rivojlantirish va xalqaro moliya institutlari bilan hamkorlikni kengaytirish muhim ahamiyat kasb etadi. 2022-yilda qabul qilingan "Raqamli Oʻzbekiston — 2030" strategiyasi doirasida raqamli iqtisodiyotga yoʻnaltirilgan investitsiyalar hajmini 2025-yilgacha yalpi ichki mahsulotning kamida 2 foizigacha yetkazish vazifasi belgilangan. Shu bilan birga, investitsion loyihalarni moliyalashtirishda davlat byudjeti mablagʻlaridan tashqari xususiy kapital, xalqaro donor tashkilotlar va islom moliya instrumentlaridan foydalanish imkoniyatlari kengaytirilmoqda. Investitsiyalarni jalb qilishning yana bir samarali yoʻli — raqamli iqtisodiyot sohasida faoliyat yurituvchi erkin iqtisodiy zonalar va texnoparklar tashkil etish boʻlib, ular rezidentlarga soliq, bojxona va maʼmuriy imtiyozlar taqdim etadi.</w:t>
      </w:r>
    </w:p>
    <w:p>
      <w:r>
        <w:t>Startaplarni qoʻllab-quvvatlash raqamli iqtisodiyotning innovatsion salohiyatini oshirishda muhim omil hisoblanadi. Oʻzbekistonda startap ekotizimini rivojlantirish uchun ixtisoslashgan inkubatorlar, akseleratorlar va texnoparklar tarmogʻi yaratilmoqda. Xususan, "IT Park" rezidentlari uchun soliq stavkalari sezilarli darajada kamaytirilgan boʻlib, ular daromad soligʻi, ijtimoiy soliq va qoʻshilgan qiymat soligʻidan ozod etilgan. Bundan tashqari, startaplar uchun grantlar, imtiyozli kreditlar va venchur moliyalashtirish dasturlari joriy etilmoqda. Masalan, "Startup Initiative" va "Digital Startups" kabi davlat dasturlari yosh tadbirkorlarga boshlangʻich kapital va ekspert yordamini taqdim etadi. Shuningdek, xalqaro venchur fondlari bilan hamkorlik oʻrnatish, startaplarning tashqi bozorlarga chiqishini moliyaviy qoʻllab-quvvatlash va ularning intellektual mulkini himoya qilish mexanizmlari takomillashtirilmoqda. Startap loyihalarini moliyalashtirishda kraudfanding platformalarini rivojlantirish, biznes farishtalar tarmogʻini shakllantirish va davlat-xususiy venchur fondlarini tashkil etish istiqbolli yoʻnalishlar sifatida belgilangan.</w:t>
      </w:r>
    </w:p>
    <w:p>
      <w:r>
        <w:t>Soliq imtiyozlari raqamli iqtisodiyot subyektlarini ragʻbatlantirishning eng taʼsirchan vositalaridan biridir. Oʻzbekiston qonunchiligida axborot texnologiyalari sohasida faoliyat yurituvchi korxonalar uchun bir qator imtiyozlar nazarda tutilgan. Xususan, IT Park rezidentlari uchun barcha soliqlar boʻyicha yagona ijtimoiy toʻlov stavkasi 0 foiz etib belgilangan, shuningdek, ular daromad soligʻi va qoʻshilgan qiymat soligʻidan toʻliq ozod qilingan. Bu imtiyozlar 2028-yilgacha amal qiladi va IT xizmatlari eksportini ragʻbatlantirishga qaratilgan. Bundan tashqari, raqamli texnologiyalarni joriy etayotgan anʼanaviy korxonalar uchun amortizatsiya tezlashtirilgan normalari, investitsion soliq chegirmalari va ilmiy-tadqiqot xarajatlariga imtiyozlar joriy etilmoqda. Soliq maʼmuriyatchiligini raqamlashtirish orqali tadbirkorlar uchun hisobot topshirish jarayoni soddalashtirildi, bu esa tranzaksion xarajatlarni kamaytirib, raqamli faoliyatni kengaytirishga xizmat qilmoqda. Shu bilan birga, soliq imtiyozlarining maqsadli va shaffof qoʻllanilishini taʼminlash, ularning samaradorligini baholash tizimini takomillashtirish dolzarb vazifa boʻlib qolmoqda.</w:t>
      </w:r>
    </w:p>
    <w:p>
      <w:r>
        <w:t>Davlat-xususiy sheriklik raqamli iqtisodiyot infratuzilmasini rivojlantirish va moliyaviy resurslarni jalb qilishning samarali mexanizmi sifatida tobora keng qoʻllanilmoqda. DXSh loyihalari doirasida davlat va xususiy sektor oʻrtasida risklar va daromadlar taqsimlanadi, bu esa yirik raqamli loyihalarni amalga oshirishda byudjet yukini kamaytiradi. Oʻzbekistonda "Davlat-xususiy sheriklik toʻgʻrisida"gi qonun va unga muvofiq qabul qilingan normativ hujjatlar DXShning huquqiy asosini belgilab berdi. Raqamli sohada DXSh loyihalari asosan keng polosali internet infratuzilmasini kengaytirish, maʼlumotlarni qayta ishlash markazlarini qurish, "aqlli shahar" yechimlarini joriy etish va elektron hukumat platformalarini modernizatsiya qilish kabi yoʻnalishlarni qamrab oladi. Masalan, qishloq joylarda optik tolali aloqa tarmoqlarini qurishda xususiy operatorlar bilan hamkorlik keng yoʻlga qoʻyilgan. DXSh mexanizmlarini yanada rivojlantirish uchun loyihalarni tayyorlash va baholash jarayonlarini soddalashtirish, davlat kafolatlarini taqdim etish amaliyotini kengaytirish hamda xususiy investorlar uchun uzoq muddatli tarif siyosatini shakllantirish talab etiladi. Shuningdek, DXSh shartnomalarida intellektual mulk huquqlari, maʼlumotlar xavfsizligi va xizmat koʻrsatish standartlari kabi masalalarni aniq belgilash muhim ahamiyatga ega.</w:t>
      </w:r>
    </w:p>
    <w:p>
      <w:r>
        <w:t>Raqamli iqtisodiyotni institutsional qoʻllab-quvvatlash doirasida maxsus davlat organlari va jamgʻarmalar faoliyati kuchaytirilmoqda. Axborot texnologiyalari va kommunikatsiyalarini rivojlantirish vazirligi, Raqamli texnologiyalar va sunʼiy intellektni rivojlantirish tadqiqot instituti hamda "Raqamli ishonch" jamgʻarmasi kabi institutlar siyosatni muvofiqlashtirish, loyihalarni moliyalashtirish va monitoring qilish vazifalarini bajaradi. Shuningdek, xalqaro moliya institutlari — Jahon banki, Osiyo taraqqiyot banki va Yevropa tiklanish va taraqqiyot banki bilan hamkorlikda raqamli infratuzilma va elektron hukumat loyihalariga imtiyozli kreditlar jalb qilinmoqda. Institutsional mexanizmlarning samaradorligini oshirish uchun ularning faoliyatini raqamlashtirish, byurokratik toʻsiqlarni kamaytirish va natijaga yoʻnaltirilgan moliyalashtirish tamoyillarini joriy etish zarur. Kelgusida raqamli iqtisodiyotni moliyaviy qoʻllab-quvvatlashda yashil moliya, islom moliyasi va taʼsir investitsiyalari kabi yangi instrumentlardan foydalanish imkoniyatlarini kengaytirish istiqbolli hisoblanadi.</w:t>
      </w:r>
    </w:p>
    <w:p>
      <w:pPr>
        <w:pStyle w:val="Heading1"/>
        <w:pageBreakBefore/>
      </w:pPr>
      <w:r>
        <w:t>XULOSA</w:t>
      </w:r>
    </w:p>
    <w:p>
      <w:r>
        <w:t>Oʻzbekistonda raqamli iqtisodiyotni rivojlantirish boʻyicha olib borilgan tadqiqot natijalari shuni koʻrsatdiki, mamlakat iqtisodiyotini modernizatsiya qilish va raqobatbardoshligini oshirishda raqamli transformatsiya hal qiluvchi ahamiyatga ega. Ishning nazariy qismida raqamli iqtisodiyot tushunchasi, uning asosiy elementlari, rivojlanish bosqichlari hamda jahon tajribasi tahlil qilindi. Amaliy qismda esa Oʻzbekistonda raqamli iqtisodiyotning bugungi holati, davlat siyosati, infratuzilma, elektron tijorat va mavjud muammolar chuqur oʻrganildi. Ushbu tahlillar asosida quyidagi asosiy xulosalarga kelindi.</w:t>
      </w:r>
    </w:p>
    <w:p>
      <w:r>
        <w:t>Birinchidan, raqamli iqtisodiyot anʼanaviy iqtisodiy munosabatlarni tubdan oʻzgartirib, ishlab chiqarish, xizmat koʻrsatish va boshqaruv jarayonlariga raqamli texnologiyalarni keng joriy etish orqali yuqori samaradorlikka erishish imkonini bermoqda. Oʻzbekistonda soʻnggi yillarda raqamli iqtisodiyotni rivojlantirish boʻyicha qator strategik hujjatlar qabul qilindi, jumladan, “Raqamli Oʻzbekiston – 2030” strategiyasi va tegishli qonunchilik bazasi yaratildi. Bu esa sohada izchil davlat siyosati olib borilayotganini tasdiqlaydi. Biroq, tahlillar shuni koʻrsatadiki, huquqiy asoslar hali toʻliq mukammal emas va ayrim sohalarda raqamli munosabatlarni tartibga soluvchi qonunosti hujjatlari yetishmaydi.</w:t>
      </w:r>
    </w:p>
    <w:p>
      <w:r>
        <w:t>Ikkinchidan, raqamli infratuzilmaning rivojlanishi, xususan, keng polosali internet qamrovining kengayishi, mobil aloqa tarmoqlarining modernizatsiyasi va maʼlumotlarni qayta ishlash markazlarining tashkil etilishi raqamli iqtisodiyotning poydevorini mustahkamlamoqda. Shu bilan birga, hududlar oʻrtasida raqamli tafovut saqlanib qolmoqda: qishloq joylarda internet tezligi past, raqamli qurilmalar bilan taʼminlanganlik darajasi shaharlarga nisbatan ancha past. Bu esa raqamli xizmatlardan foydalanishda tengsizlikni keltirib chiqarmoqda va raqamli iqtisodiyotning toʻliq salohiyatini roʻyobga chiqarishga toʻsqinlik qilmoqda.</w:t>
      </w:r>
    </w:p>
    <w:p>
      <w:r>
        <w:t>Uchinchidan, elektron tijorat va raqamli xizmatlar bozori jadal surʼatlar bilan oʻsib bormoqda, ammo uning yalpi ichki mahsulotdagi ulushi hali rivojlangan mamlakatlar darajasidan ancha past. Elektron toʻlov tizimlarining rivojlanishi, onlayn savdo maydonchalarining koʻpayishi va logistika infratuzilmasining yaxshilanishi ijobiy tendensiya boʻlsa-da, isteʼmolchilarning raqamli xizmatlarga boʻlgan ishonchi yetarli darajada emas. Bunga onlayn firibgarlik holatlari, shaxsiy maʼlumotlarning himoya qilinmasligi va raqamli savodxonlikning pastligi sabab boʻlmoqda.</w:t>
      </w:r>
    </w:p>
    <w:p>
      <w:r>
        <w:t>Toʻrtinchidan, raqamli iqtisodiyot rivojlanishidagi asosiy toʻsiqlar sifatida quyidagilar aniqlandi: malakali kadrlar yetishmasligi, raqamli koʻnikmalarning aholi orasida past darajada ekanligi, kichik va oʻrta biznesning raqamli texnologiyalarni joriy etishga tayyor emasligi, axborot xavfsizligi tizimining zaifligi hamda moliyaviy resurslarning cheklanganligi. Ushbu muammolar bir-biri bilan chambarchas bogʻliq boʻlib, ularni kompleks hal etishni talab qiladi.</w:t>
      </w:r>
    </w:p>
    <w:p>
      <w:r>
        <w:t>Yuqoridagi xulosalardan kelib chiqib, Oʻzbekistonda raqamli iqtisodiyotni jadal rivojlantirish uchun quyidagi amaliy tavsiyalar ilgari suriladi. Birinchi navbatda, raqamli infratuzilmani modernizatsiya qilishni davom ettirish, xususan, barcha aholi punktlarida yuqori tezlikdagi internetni taʼminlash, 5G tarmoqlarini keng joriy etish va maʼlumotlarni saqlash hamda qayta ishlash markazlarini hududlarda ham tashkil etish zarur. Buning uchun davlat-xususiy sheriklik mexanizmlarini kengaytirish va xorijiy investitsiyalarni jalb qilish muhim ahamiyatga ega.</w:t>
      </w:r>
    </w:p>
    <w:p>
      <w:r>
        <w:t>Ikkinchidan, raqamli koʻnikmalarni oshirish boʻyicha milliy dasturni ishlab chiqish va amalga oshirish lozim. Taʼlim tizimining barcha bosqichlarida raqamli savodxonlik, dasturlash, maʼlumotlar tahlili va kiberxavfsizlik boʻyicha oʻquv dasturlarini kengaytirish, shuningdek, kattalar uchun qayta tayyorlash va malaka oshirish kurslarini tashkil etish kerak. Bunda xalqaro sertifikatlashtirish tizimlari bilan hamkorlik qilish samarali boʻladi.</w:t>
      </w:r>
    </w:p>
    <w:p>
      <w:r>
        <w:t>Uchinchidan, elektron hukumat va raqamli davlat xizmatlarini yanada rivojlantirish, davlat organlari oʻrtasida maʼlumotlar almashinuvini toʻliq raqamlashtirish va fuqarolarga “yagona darcha” tamoyili asosida xizmat koʻrsatishni kengaytirish talab etiladi. Bu byurokratiyani kamaytirish, korrupsiyani oldini olish va davlat xizmatlari sifatini oshirishga xizmat qiladi. Shuningdek, ochiq maʼlumotlar siyosatini faollashtirish orqali xususiy sektor tomonidan innovatsion ilovalar yaratilishini ragʻbatlantirish lozim.</w:t>
      </w:r>
    </w:p>
    <w:p>
      <w:r>
        <w:t>Toʻrtinchidan, raqamli iqtisodiyotni moliyaviy va institutsional qoʻllab-quvvatlash mexanizmlarini takomillashtirish zarur. Xususan, startaplar va kichik biznes uchun raqamli loyihalarni moliyalashtirish boʻyicha maxsus grantlar, imtiyozli kreditlar va soliq yengilliklarini joriy etish, venchur kapital bozorini rivojlantirish, shuningdek, raqamli transformatsiya boʻyicha konsalting xizmatlarini subsidiyalash tavsiya etiladi. Bundan tashqari, axborot xavfsizligini taʼminlash, shaxsiy maʼlumotlarni himoya qilish boʻyicha huquqiy bazani mustahkamlash va xalqaro standartlarga muvofiqlashtirish talab etiladi.</w:t>
      </w:r>
    </w:p>
    <w:p>
      <w:r>
        <w:t>Xulosa qilib aytganda, Oʻzbekistonda raqamli iqtisodiyotni rivojlantirish uchun qulay shart-sharoitlar yaratilgan boʻlsa-da, mavjud muammolarni hal etish va belgilangan ustuvor yoʻnalishlarni izchil amalga oshirish orqali mamlakat yaqin kelajakda raqamli transformatsiyada sezilarli yutuqlarga erishishi mumkin. Buning natijasida iqtisodiyotning barqaror oʻsishi, aholi turmush darajasining yaxshilanishi va Oʻzbekistonning xalqaro raqamli maydondagi mavqei mustahkamlanishi kutilmoqda. Kelgusidagi tadqiqotlar raqamli iqtisodiyotning alohida tarmoqlarga taʼsirini chuqurroq oʻrganishga, shuningdek, sunʼiy intellekt va blokcheyn kabi ilgʻor texnologiyalarni joriy etishning samaradorligini baholashga qaratilishi maqsadga muvofiqdir.</w:t>
      </w:r>
    </w:p>
    <w:p>
      <w:pPr>
        <w:pStyle w:val="Heading1"/>
        <w:pageBreakBefore/>
      </w:pPr>
      <w:r>
        <w:t>FOYDALANILGAN ADABIYOTLAR ROʻYXATI</w:t>
      </w:r>
    </w:p>
    <w:p>
      <w:pPr>
        <w:ind w:firstLine="0"/>
      </w:pPr>
      <w:r>
        <w:t>1. Oʻzbekiston Respublikasi Prezidentining 2020-yil 5-oktabrdagi PF-6079-son ʼRaqamli Oʻzbekiston — 2030ʼ strategiyasini tasdiqlash va uni samarali amalga oshirish chora-tadbirlari toʻgʻrisidaʼgi Farmoni.</w:t>
      </w:r>
    </w:p>
    <w:p>
      <w:pPr>
        <w:ind w:firstLine="0"/>
      </w:pPr>
      <w:r>
        <w:t>2. Oʻzbekiston Respublikasi Prezidentining 2020-yil 28-apreldagi PQ-4699-son ʼRaqamli iqtisodiyot va elektron hukumatni keng joriy etish chora-tadbirlari toʻgʻrisidaʼgi Qarori.</w:t>
      </w:r>
    </w:p>
    <w:p>
      <w:pPr>
        <w:ind w:firstLine="0"/>
      </w:pPr>
      <w:r>
        <w:t>3. Oʻzbekiston Respublikasining 2022-yil 15-iyundagi OʻRQ-764-son ʼElektron tijorat toʻgʻrisidaʼgi Qonuni.</w:t>
      </w:r>
    </w:p>
    <w:p>
      <w:pPr>
        <w:ind w:firstLine="0"/>
      </w:pPr>
      <w:r>
        <w:t>4. Oʻzbekiston Respublikasining 2003-yil 11-dekabrdagi 560-II-son ʼAxborotlashtirish toʻgʻrisidaʼgi Qonuni.</w:t>
      </w:r>
    </w:p>
    <w:p>
      <w:pPr>
        <w:ind w:firstLine="0"/>
      </w:pPr>
      <w:r>
        <w:t>5. Oʻzbekiston Respublikasining 2019-yil 12-oktabrdagi OʻRQ-576-son ʼToʻlovlar va toʻlov tizimlari toʻgʻrisidaʼgi Qonuni.</w:t>
      </w:r>
    </w:p>
    <w:p>
      <w:pPr>
        <w:ind w:firstLine="0"/>
      </w:pPr>
      <w:r>
        <w:t>6. Oʻzbekiston Respublikasi Vazirlar Mahkamasining 2021-yil 22-iyuldagi 449-son ʼRaqamli iqtisodiyotni rivojlantirish boʻyicha qoʻshimcha chora-tadbirlar toʻgʻrisidaʼgi Qarori.</w:t>
      </w:r>
    </w:p>
    <w:p>
      <w:pPr>
        <w:ind w:firstLine="0"/>
      </w:pPr>
      <w:r>
        <w:t>7. Abdullayev A., Yusupov B. Raqamli iqtisodiyot asoslari. Darslik. — Toshkent: Iqtisodiyot, 2021. — 320 b.</w:t>
      </w:r>
    </w:p>
    <w:p>
      <w:pPr>
        <w:ind w:firstLine="0"/>
      </w:pPr>
      <w:r>
        <w:t>8. Karimov N., Tursunov S. Oʻzbekistonda raqamli transformatsiya: muammolar va istiqbollar. — Toshkent: Fan va texnologiya, 2022. — 264 b.</w:t>
      </w:r>
    </w:p>
    <w:p>
      <w:pPr>
        <w:ind w:firstLine="0"/>
      </w:pPr>
      <w:r>
        <w:t>9. Qodirov D. Raqamli iqtisodiyot va elektron tijorat. Oʻquv qoʻllanma. — Toshkent: TDIU, 2023. — 198 b.</w:t>
      </w:r>
    </w:p>
    <w:p>
      <w:pPr>
        <w:ind w:firstLine="0"/>
      </w:pPr>
      <w:r>
        <w:t>10. Raximov M. Axborot-kommunikatsiya texnologiyalari va raqamli iqtisodiyot. — Toshkent: Oʻzbekiston, 2020. — 245 b.</w:t>
      </w:r>
    </w:p>
    <w:p>
      <w:pPr>
        <w:ind w:firstLine="0"/>
      </w:pPr>
      <w:r>
        <w:t>11. Jumayev N., Sattorov A. Oʻzbekistonda raqamli iqtisodiyotni shakllantirishning tashkiliy-iqtisodiy mexanizmlari: monografiya. — Toshkent: Iqtisod-Moliya, 2023. — 180 b.</w:t>
      </w:r>
    </w:p>
    <w:p>
      <w:pPr>
        <w:ind w:firstLine="0"/>
      </w:pPr>
      <w:r>
        <w:t>12. Islomov I. ʼRaqamli iqtisodiyotning Oʻzbekiston yalpi ichki mahsulotiga taʼsiri tahliliʼ. // Iqtisodiyot va innovatsion texnologiyalar ilmiy elektron jurnali. — 2024. — №2. — B. 15-27.</w:t>
      </w:r>
    </w:p>
    <w:p>
      <w:pPr>
        <w:ind w:firstLine="0"/>
      </w:pPr>
      <w:r>
        <w:t>13. Mirzayev S. ʼOʻzbekistonda raqamli infratuzilmani rivojlantirishning asosiy yoʻnalishlariʼ. // Raqamli iqtisodiyot va axborot texnologiyalari jurnali. — 2023. — №1. — B. 45-58.</w:t>
      </w:r>
    </w:p>
    <w:p>
      <w:pPr>
        <w:ind w:firstLine="0"/>
      </w:pPr>
      <w:r>
        <w:t>14. Xolmatova D. ʼElektron hukumat xizmatlarini koʻrsatish sifatini baholash: Oʻzbekiston misolidaʼ. // Iqtisodiyot va taʼlim jurnali. — 2023. — №4. — B. 89-101.</w:t>
      </w:r>
    </w:p>
    <w:p>
      <w:pPr>
        <w:ind w:firstLine="0"/>
      </w:pPr>
      <w:r>
        <w:t>15. Oʻzbekiston Respublikasi Prezidenti huzuridagi Statistika agentligi. ʼAxborot-kommunikatsiya texnologiyalari rivojlanishining asosiy koʻrsatkichlariʼ. — Toshkent, 2024. — [Elektron resurs]. URL: https://stat.uz/uz/rasmiy-statistika/ikt (murojaat sanasi: 10.01.2025).</w:t>
      </w:r>
    </w:p>
    <w:p>
      <w:pPr>
        <w:ind w:firstLine="0"/>
      </w:pPr>
      <w:r>
        <w:t>16. Jahon banki. ʼRaqamli iqtisodiyot boʻyicha hisobot: Oʻzbekistonʼ. — Vashington: Jahon banki nashriyoti, 2023. — [Elektron resurs]. URL: https://www.worldbank.org/uz/country/uzbekistan/publication/digital-economy-report (murojaat sanasi: 05.01.2025).</w:t>
      </w:r>
    </w:p>
    <w:p>
      <w:pPr>
        <w:ind w:firstLine="0"/>
      </w:pPr>
      <w:r>
        <w:t>17. Xalqaro elektraloqa ittifoqi (ITU). ʼOʻzbekiston raqamli rivojlanish profili 2024ʼ. — Jeneva: ITU nashriyoti, 2024. — [Elektron resurs]. URL: https://www.itu.int/uz/publications/Digital-Development-Uzbekistan-2024 (murojaat sanasi: 12.01.2025).</w:t>
      </w:r>
    </w:p>
    <w:p>
      <w:pPr>
        <w:ind w:firstLine="0"/>
      </w:pPr>
      <w:r>
        <w:t>18. Oʻzbekiston Respublikasi Raqamli texnologiyalar vazirligi. ʼRaqamli Oʻzbekiston — 2030 strategiyasi ijrosi boʻyicha yillik hisobotʼ. — Toshkent, 2024. — [Elektron resurs]. URL: https://mitc.uz/uz/reports/2024 (murojaat sanasi: 08.01.2025).</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Char w:fldCharType="begin"/>
      <w:instrText xml:space="preserve">PAGE</w:instrTex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rFonts w:ascii="Times New Roman" w:hAnsi="Times New Roman" w:cs="Times New Roman" w:eastAsia="Times New Roman"/>
      <w:sz w:val="28"/>
      <w:lang w:val="uz-Latn-U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ind w:firstLine="0"/>
      <w:jc w:val="center"/>
      <w:outlineLvl w:val="0"/>
    </w:pPr>
    <w:rPr>
      <w:rFonts w:ascii="Times New Roman" w:hAnsi="Times New Roman" w:cs="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ind w:firstLine="0"/>
      <w:jc w:val="left"/>
      <w:outlineLvl w:val="1"/>
    </w:pPr>
    <w:rPr>
      <w:rFonts w:ascii="Times New Roman" w:hAnsi="Times New Roman" w:cs="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Oʻzbekistonda raqamli iqtisodiyotni rivojlantirishning asosiy yoʻnalishlari</dc:title>
  <dc:subject/>
  <dc:creator>Dilnoza Rahimova</dc:creator>
  <cp:keywords/>
  <dc:description>generated by python-docx</dc:description>
  <cp:lastModifiedBy>Dilnoza Rahimova</cp:lastModifiedBy>
  <cp:revision>1</cp:revision>
  <dcterms:created xsi:type="dcterms:W3CDTF">2013-12-23T23:15:00Z</dcterms:created>
  <dcterms:modified xsi:type="dcterms:W3CDTF">2013-12-23T23:15:00Z</dcterms:modified>
  <cp:category/>
</cp:coreProperties>
</file>