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ind w:firstLine="0"/>
        <w:jc w:val="center"/>
      </w:pPr>
      <w:r>
        <w:rPr>
          <w:b/>
        </w:rPr>
        <w:t>FARGʻONA DAVLAT UNIVERSITETI</w:t>
      </w:r>
    </w:p>
    <w:p>
      <w:pPr>
        <w:spacing w:before="2200"/>
        <w:ind w:firstLine="0"/>
        <w:jc w:val="center"/>
      </w:pPr>
      <w:r>
        <w:rPr>
          <w:b/>
          <w:sz w:val="32"/>
        </w:rPr>
        <w:t>«Pedagogika» fanidan</w:t>
      </w:r>
    </w:p>
    <w:p>
      <w:pPr>
        <w:spacing w:before="200"/>
        <w:ind w:firstLine="0"/>
        <w:jc w:val="center"/>
      </w:pPr>
      <w:r>
        <w:rPr>
          <w:b/>
          <w:sz w:val="48"/>
        </w:rPr>
        <w:t>MUSTAQIL ISH</w:t>
      </w:r>
    </w:p>
    <w:p>
      <w:pPr>
        <w:spacing w:before="480"/>
        <w:ind w:firstLine="0"/>
        <w:jc w:val="center"/>
      </w:pPr>
      <w:r>
        <w:rPr>
          <w:b/>
          <w:sz w:val="32"/>
        </w:rPr>
        <w:t>Mavzu: Zamonaviy pedagogik texnologiyalarning samaradorligi</w:t>
      </w:r>
    </w:p>
    <w:p>
      <w:pPr>
        <w:spacing w:before="960"/>
        <w:ind w:firstLine="0"/>
        <w:jc w:val="right"/>
      </w:pPr>
      <w:r>
        <w:rPr>
          <w:b w:val="0"/>
        </w:rPr>
        <w:t>Bajardi: Madina Yoʻldosheva</w:t>
      </w:r>
    </w:p>
    <w:p>
      <w:pPr>
        <w:spacing w:before="120"/>
        <w:ind w:firstLine="0"/>
        <w:jc w:val="right"/>
      </w:pPr>
      <w:r>
        <w:rPr>
          <w:b w:val="0"/>
        </w:rPr>
        <w:t>Guruh: PED-22</w:t>
      </w:r>
    </w:p>
    <w:p>
      <w:pPr>
        <w:spacing w:before="240"/>
        <w:ind w:firstLine="0"/>
        <w:jc w:val="right"/>
      </w:pPr>
      <w:r>
        <w:rPr>
          <w:b w:val="0"/>
        </w:rPr>
        <w:t>Tekshirdi: dots. N. Rahimova</w:t>
      </w:r>
    </w:p>
    <w:p>
      <w:pPr>
        <w:keepNext/>
        <w:pageBreakBefore/>
        <w:spacing w:before="0" w:after="0"/>
        <w:ind w:firstLine="0"/>
        <w:jc w:val="center"/>
      </w:pPr>
      <w:r>
        <w:rPr>
          <w:b/>
        </w:rPr>
        <w:t>REJA</w:t>
      </w:r>
    </w:p>
    <w:p>
      <w:pPr>
        <w:ind w:firstLine="0"/>
        <w:jc w:val="left"/>
      </w:pPr>
      <w:r>
        <w:t>1. KIRISH</w:t>
      </w:r>
    </w:p>
    <w:p>
      <w:pPr>
        <w:ind w:firstLine="0"/>
        <w:jc w:val="left"/>
      </w:pPr>
      <w:r>
        <w:t>2. ZAMONAVIY PEDAGOGIK TEXNOLOGIYALAR NAZARIYASI</w:t>
      </w:r>
    </w:p>
    <w:p>
      <w:pPr>
        <w:ind w:firstLine="0"/>
        <w:jc w:val="left"/>
      </w:pPr>
      <w:r>
        <w:t>3. AMALIYOTDA QOʻLLANILADIGAN ASOSIY PEDAGOGIK TEXNOLOGIYALAR</w:t>
      </w:r>
    </w:p>
    <w:p>
      <w:pPr>
        <w:ind w:firstLine="0"/>
        <w:jc w:val="left"/>
      </w:pPr>
      <w:r>
        <w:t>4. PEDAGOGIK TEXNOLOGIYALAR SAMARADORLIGINI BAHOLASH MEZONLARI VA USULLARI</w:t>
      </w:r>
    </w:p>
    <w:p>
      <w:pPr>
        <w:ind w:firstLine="0"/>
        <w:jc w:val="left"/>
      </w:pPr>
      <w:r>
        <w:t>5. XULOSA</w:t>
      </w:r>
    </w:p>
    <w:p>
      <w:pPr>
        <w:ind w:firstLine="0"/>
        <w:jc w:val="left"/>
      </w:pPr>
      <w:r>
        <w:t>6. FOYDALANILGAN ADABIYOTLAR ROʻYXATI</w:t>
      </w:r>
    </w:p>
    <w:p>
      <w:pPr>
        <w:pStyle w:val="Heading1"/>
        <w:pageBreakBefore/>
      </w:pPr>
      <w:r>
        <w:t>KIRISH</w:t>
      </w:r>
    </w:p>
    <w:p>
      <w:r>
        <w:t>Bugungi globallashuv va axborotlashgan jamiyat sharoitida taʼlim tizimi oldiga qoʻyilayotgan talablar tubdan oʻzgarmoqda. Anʼanaviy oʻqitish usullari zamonaviy oʻquvchilarning ehtiyojlarini toʻliq qondira olmasligi, bilimlarni passiv qabul qilishga asoslangan yondashuvlar amaliy koʻnikmalarni shakllantirishda yetarlicha samara bermasligi tobora ayon boʻlmoqda. Shu bois, taʼlim jarayoniga innovatsion pedagogik texnologiyalarni joriy etish, oʻqitishning interfaol va shaxsga yoʻnaltirilgan metodlarini qoʻllash bugungi kunning dolzarb vazifalaridan biriga aylangan. Zamonaviy pedagogik texnologiyalar taʼlim oluvchilarning bilim olishga boʻlgan motivatsiyasini oshirish, mustaqil fikrlash va ijodiy qobiliyatlarini rivojlantirish, shuningdek, taʼlim sifatini yangi bosqichga koʻtarish imkonini bermoqda.</w:t>
      </w:r>
    </w:p>
    <w:p>
      <w:r>
        <w:t>Zamonaviy pedagogik texnologiyalar taʼlim tizimining barcha bosqichlarida, jumladan, umumiy oʻrta taʼlim, oliy taʼlim va qoʻshimcha kasbiy taʼlim muassasalarida keng qoʻllanilmoqda. Ularning asosiy maqsadi — oʻquv jarayonini samarali tashkil etish, oʻquvchilarning individual xususiyatlarini hisobga olgan holda bilim olish faoliyatini faollashtirish va natijada taʼlimning yakuniy maqsadlariga erishishdir. Axborot-kommunikatsiya texnologiyalarining rivojlanishi pedagogik texnologiyalar imkoniyatlarini yanada kengaytirdi: masofaviy taʼlim platformalari, virtual laboratoriyalar, raqamli oʻquv resurslari taʼlim olishni yanada qulay va interfaol qilmoqda. Ayniqsa, soʻnggi yillarda sunʼiy intellekt vositalarining taʼlimga integratsiyalashuvi pedagogik texnologiyalar samaradorligini yangi darajaga olib chiqish potensialini namoyon etmoqda.</w:t>
      </w:r>
    </w:p>
    <w:p>
      <w:r>
        <w:t>Mazkur mustaqil ishning asosiy maqsadi — zamonaviy pedagogik texnologiyalarning samaradorligini nazariy va amaliy jihatdan tahlil qilish, ularning taʼlim sifatiga taʼsirini aniqlashdan iborat. Ushbu maqsadga erishish uchun quyidagi vazifalar belgilandi: birinchidan, zamonaviy pedagogik texnologiyalarning nazariy asoslarini, ularning konseptual yondashuvlari va tamoyillarini oʻrganish; ikkinchidan, amaliyotda keng qoʻllaniladigan asosiy pedagogik texnologiyalarni (muammoli taʼlim, loyiha metodi, hamkorlikda oʻqitish, axborot texnologiyalari asosidagi oʻqitish va boshqalar) tavsiflash va ularning oʻziga xos xususiyatlarini koʻrsatish; uchinchidan, pedagogik texnologiyalar samaradorligini baholash mezonlari va usullarini tahlil qilish, mavjud tajribalar asosida ularning afzallik va kamchiliklarini aniqlash.</w:t>
      </w:r>
    </w:p>
    <w:p>
      <w:r>
        <w:t>Mustaqil ishning tuzilishi ushbu vazifalarni izchil yoritishga qaratilgan boʻlib, kirish qismidan soʻng ikkinchi bobda zamonaviy pedagogik texnologiyalar nazariyasi batafsil koʻrib chiqiladi. Unda pedagogik texnologiya tushunchasining mohiyati, asosiy kategoriyalari, ularning tarixiy rivojlanish bosqichlari va bugungi kundagi dolzarb yondashuvlar tahlil qilinadi. Uchinchi bob amaliyotda qoʻllaniladigan asosiy pedagogik texnologiyalarga bagʻishlanib, ularning har biri mustaqil taʼriflanadi, oʻquv jarayonidagi oʻrni va ahamiyati ochib beriladi. Toʻrtinchi bobda pedagogik texnologiyalar samaradorligini baholash mezonlari va usullari koʻrib chiqiladi, aniq misollar yordamida samaradorlik koʻrsatkichlari tahlil qilinadi. Xulosa qismida esa ishning asosiy natijalari umumlashtirilib, kelajakdagi tadqiqotlar uchun tavsiyalar beriladi.</w:t>
      </w:r>
    </w:p>
    <w:p>
      <w:r>
        <w:t>Shunday qilib, ushbu mustaqil ish zamonaviy pedagogik texnologiyalarning taʼlim tizimini takomillashtirishdagi ahamiyatini chuqur ochib berishga, ularning samaradorligini kompleks baholashga va taʼlim amaliyotiga tatbiq etish boʻyicha ilmiy asoslangan tavsiyalar ishlab chiqishga qaratilgan. Mustaqil ishda ilgari surilgan gʻoyalar va xulosalar pedagog kadrlar, tadqiqotchilar hamda taʼlim tashkilotchilari uchun amaliy ahamiyat kasb etadi, deb hisoblaymiz. Mavzuning dolzarbligi shundaki, faqat samaradorligi isbotlangan, ilgʻor pedagogik texnologiyalarni ongli ravishda qoʻllash orqali taʼlim sifati va raqobatbardoshligini oshirish mumkin, bu esa oʻz navbatida jamiyatning barqaror rivojlanishiga xizmat qiladi.</w:t>
      </w:r>
    </w:p>
    <w:p>
      <w:pPr>
        <w:pStyle w:val="Heading1"/>
      </w:pPr>
      <w:r>
        <w:t>ZAMONAVIY PEDAGOGIK TEXNOLOGIYALAR NAZARIYASI</w:t>
      </w:r>
    </w:p>
    <w:p>
      <w:r>
        <w:t>Zamonaviy pedagogik texnologiyalar tushunchasi taʼlim jarayonini tizimli, ilmiy asoslangan va samarali tashkil etishga qaratilgan yondashuvlarni ifodalaydi. Ushbu tushuncha faqat oʻqitish vositalari va usullari yigʻindisi emas, balki oʻquv maqsadlariga erishishni kafolatlaydigan, oʻzaro bogʻliq va takrorlanuvchi bosqichlardan iborat butun bir tizimdir. Pedagogik texnologiya oʻquvchining individual xususiyatlarini hisobga olgan holda, taʼlim mazmuni, shakllari, metodlari va baholash vositalarini optimal tarzda integratsiyalashga asoslanadi. Bunda asosiy eʼtibor oʻquvchining faol ishtirokiga, mustaqil fikrlashi va amaliy koʻnikmalarni egallashiga qaratiladi. Shuningdek, pedagogik texnologiyalar taʼlim jarayonini doimiy ravishda takomillashtirish va natijalarni oldindan bashorat qilish imkoniyatini beradi.</w:t>
      </w:r>
    </w:p>
    <w:p>
      <w:r>
        <w:t>Zamonaviy pedagogik texnologiyalarning nazariy asoslari bir qancha ilmiy yoʻnalishlarga tayanadi. Avvalo, bu borada tizimli yondashuv muhim ahamiyat kasb etadi, chunki taʼlim jarayoni oʻzaro bogʻliq komponentlardan (maqsad, mazmun, metod, vosita, oʻqituvchi, oʻquvchi, natija) iborat yaxlit tizim sifatida qaraladi. Faoliyatga asoslangan yondashuv esa oʻquvchining bilimlarni passiv qabul qilishi emas, balki faol harakatlari orqali oʻzlashtirishini taʼkidlaydi. Shaxsga yoʻnaltirilgan yondashuv har bir oʻquvchining noyobligini eʼtirof etib, uning qiziqishlari, qobiliyatlari va rivojlanish surʼatlariga moslashishni talab qiladi. Bulardan tashqari, kibernetika, psixologiya va menejment fanlarining metodologiyasi pedagogik texnologiyalarni loyihalash va boshqarishda keng qoʻllaniladi.</w:t>
      </w:r>
    </w:p>
    <w:p>
      <w:r>
        <w:t>Pedagogik texnologiyalarning rivojlanish tarixi bir necha bosqichlarni oʻz ichiga oladi. XX asr oʻrtalarida dasturlashtirilgan taʼlim gʻoyalari paydo boʻldi, bu esa oʻquv materialini kichik qismlarga ajratish va har bir qadamda darhol teskari aloqa olish tamoyiliga asoslangan. Keyinchalik texnik vositalar (audiovizual vositalar, kompyuterlar) rivojlanishi bilan taʼlimni texnologiyalashtirish yangi bosqichga koʻtarildi. Soʻnggi yillarda axborot-kommunikatsiya texnologiyalari va raqamli muhit pedagogik texnologiyalarning imkoniyatlarini tubdan kengaytirdi. Shu bilan birga, fanni texnologiyalashtirishdan koʻra, oʻquv jarayonini texnologiyalashtirishga eʼtibor kuchaydi, yaʼni asosiy urgʻu taʼlim mazmunini emas, balki uni oʻzlashtirish jarayonini optimallashtirishga qaratildi.</w:t>
      </w:r>
    </w:p>
    <w:p>
      <w:r>
        <w:t>Asosiy tamoyillar sifatida quyidagilar ajratiladi: maqsadlilik, tashxisga asoslanganlik, takrorlanuvchanlik, moslashuvchanlik, natijaviylik va qayta aloqa. Maqsadlilik har bir texnologiya aniq, oʻlchanadigan va kuzatiladigan oʻquv maqsadlaridan kelib chiqishini bildiradi. Tashxisga asoslanganlik oʻquvchining boshlangʻich bilim darajasini aniqlash va shunga mos taʼlim trayektoriyasini qurishni talab etadi. Takrorlanuvchanlik texnologiyaning turli sharoitlarda va turli oʻqituvchilar tomonidan bir xil natija bilan qoʻllana olish imkoniyatidir. Moslashuvchanlik texnologiyaning oʻzgaruvchan sharoit va individual xususiyatlarga qarab modifikatsiya qilina olishidir. Natijaviylik esa qoʻyilgan maqsadlarga erishish kafolati boʻlib, u doimiy monitoring orqali taʼminlanadi.</w:t>
      </w:r>
    </w:p>
    <w:p>
      <w:r>
        <w:t>Texnologik yondashuvning anʼanaviy pedagogikadan farqli jihatlari bir qator mezonlarda yaqqol namoyon boʻladi. Anʼanaviy taʼlimda oʻqituvchi bilim manbai va jarayonning asosiy tashkilotchisi hisoblanadi, oʻquvchi esa asosan tinglovchi va ijrochi rolida boʻladi. Pedagogik texnologiyalarda esa oʻquvchi faol subyektga aylanadi, oʻqituvchi maslahatchi, fasilitator vazifasini bajaradi. Anʼanaviy yondashuv yakuniy natijaga, yaʼni bahoga erishishga qaratilgan boʻlsa, texnologik yondashuv jarayonning har bir bosqichida aniq natijalarni kafolatlaydi va uzluksiz baholashni taqozo etadi. Shuningdek, texnologik yondashuvda taʼlim vositalari va metodlari oldindan puxta loyihalanadi va oʻquv maqsadlariga muvofiq tanlanadi, bu esa jarayonning boshqaruvchanligi va takrorlanuvchanligini taʼminlaydi. Bunday farqlar zamonaviy taʼlim sharoitida pedagogik texnologiyalarning samaradorligini va ularning keng qoʻllanilishining asosiy sabablarini tushuntirib beradi.</w:t>
      </w:r>
    </w:p>
    <w:p>
      <w:pPr>
        <w:pStyle w:val="Heading1"/>
      </w:pPr>
      <w:r>
        <w:t>AMALIYOTDA QOʻLLANILADIGAN ASOSIY PEDAGOGIK TEXNOLOGIYALAR</w:t>
      </w:r>
    </w:p>
    <w:p>
      <w:r>
        <w:t>Bugungi kunda taʼlim jarayonida qoʻllaniladigan zamonaviy pedagogik texnologiyalar oʻquvchilarning faolligini oshirish, bilimlarni mustahkamlash va ularni amaliy faoliyatga tayyorlashga qaratilgan. Eng keng tarqalgan va samaradorligi isbotlangan texnologiyalar qatoriga muammoli taʼlim, rivojlantiruvchi taʼlim, modulli oʻqitish, loyihalar metodi, interfaol metodlar va axborot-kommunikatsiya texnologiyalari kiradi. Har bir texnologiya oʻzining didaktik prinsiplari, metodik tuzilmasi va taʼlim oluvchilarga taʼsir etish xususiyatlari bilan ajralib turadi.</w:t>
      </w:r>
    </w:p>
    <w:p>
      <w:r>
        <w:t>Muammoli taʼlim texnologiyasi oʻquvchilarda mustaqil fikrlash va tadqiqotchilik koʻnikmalarini shakllantirishda muhim oʻrin tutadi. Ushbu yondashuvda oʻqituvchi dars davomida sunʼiy yoki amaliy muammoli vaziyatlarni yaratadi, oʻquvchilar esa ularni hal qilish yoʻllarini izlaydi. Bu jarayon bilish faoliyatining yuqori darajadagi faolligi bilan tavsiflanadi, chunki oʻquvchi tayyor bilimlarni olmaydi, balki ularni oʻzi kashf etadi. Muammoli taʼlimning oʻziga xos jihati shundaki, u materialni chuqur va ongli oʻzlashtirishga, ijodiy qobiliyatlarni rivojlantirishga va ilmiy dunyoqarashni shakllantirishga xizmat qiladi.</w:t>
      </w:r>
    </w:p>
    <w:p>
      <w:r>
        <w:t>Rivojlantiruvchi taʼlim texnologiyasi esa bolaning yaqin rivojlanish zonasiga tayangan holda, uning intellektual salohiyatini maksimal darajada ochishni maqsad qiladi. Bu texnologiyada oʻqitish mazmuni, metodlari va shakllari oʻquvchining yosh xususiyatlariga moslashtirilgan holda, uning umumiy rivojlanishiga turtki beradi. Rivojlantiruvchi taʼlimning asosiy tamoyili – oʻqitishning yetakchi roli boʻlib, bilim va koʻnikmalarning nafaqat hozirgi, balki kelajakdagi rivojlanish uchun zamin yaratishidir. Bunday darslarda mustaqil ishlash, mantiqiy tafakkur va oʻz-oʻzini nazorat qilishga alohida eʼtibor qaratiladi.</w:t>
      </w:r>
    </w:p>
    <w:p>
      <w:r>
        <w:t>Modulli oʻqitish texnologiyasi taʼlim mazmunini nisbatan tugallangan, mantiqiy bogʻlangan modullarga ajratishga asoslanadi. Har bir modul aniq bir oʻquv maqsadiga yoʻnaltirilgan boʻlib, oʻquvchi oʻz tezligida mustaqil oʻrganish imkoniyatiga ega. Ushbu texnologiyaning afzalligi – taʼlimni individuallashtirish, moslashuvchanlik va oʻzlashtirishni operativ nazorat qilish imkoniyatidir. Modulli tizim oʻquvchilarda oʻz-oʻzini boshqarish, rejalashtirish va masʼuliyat hissini rivojlantirishga yordam beradi.</w:t>
      </w:r>
    </w:p>
    <w:p>
      <w:r>
        <w:t>Loyihalar metodi – amaliy yoʻnaltirilgan texnologiya boʻlib, u oʻquvchilarning muayyan mahsulot yaratishga qaratilgan izlanish va ijodiy faoliyatini tashkil etadi. Loyiha ustida ishlash jarayonida oʻquvchilar mavzu boʻyicha mustaqil bilim oladi, muammolarni hal qilishni oʻrganadi, guruhda hamkorlik qiladi va natijada aniq bir yechim yoki mahsulot taqdim etadi. Bu metod oʻquvchilarning tadqiqotchilik, kommunikativ va tashkilotchilik koʻnikmalarini kompleks rivojlantirishda yuqori samara beradi. Loyiha faoliyati fanlararo bogʻliqlikni taʼminlaydi va olingan bilimlarni hayotiy vaziyatlarda qoʻllashga oʻrgatadi.</w:t>
      </w:r>
    </w:p>
    <w:p>
      <w:r>
        <w:t>Interfaol metodlar oʻquv jarayonida oʻqituvchi va oʻquvchi hamda oʻquvchilar oʻrtasidagi faol muloqot va hamkorlikka asoslanadi. Munozara, rolli oʻyin, keys-stadi, “aqliy hujum”, klaster, bingo kabi usullar darsni jonlantiradi, oʻquvchilarni fikr almashishga, oʻz nuqtai nazarini himoya qilishga undaydi. Interfaol muhitda bilim passiv tarzda emas, balki birgalikdagi faoliyat jarayonida quriladi, bu esa ijtimoiy kompetensiyalarni shakllantiradi va oʻqishga boʻlgan motivatsiyani oshiradi.</w:t>
      </w:r>
    </w:p>
    <w:p>
      <w:r>
        <w:t>Axborot-kommunikatsiya texnologiyalari (AKT) taʼlimning barcha bosqichlarida qoʻllanilib, oʻquv jarayonini vizuallashtirish, modellashtirish va masofaviy oʻqitish imkoniyatlarini kengaytiradi. Multimediali taqdimotlar, virtual laboratoriyalar, onlayn testlar, taʼlim platformalari oʻquvchilarning mustaqil ishlashi va bilimlarni tezkor tekshirishi uchun qulay muhit yaratadi. AKTdan foydalanish axborot olish tezligini oshiradi, individual taʼlim tracktoriyasini qurishga yordam beradi va zamonaviy dunyoda zarur boʻlgan raqamli savodxonlikni rivojlantiradi. Ushbu texnologiyalarning barchasi taʼlim sifatini oshirish va oʻquvchilarning shaxsiy va kasbiy shakllanishiga hissa qoʻshadigan kuchli vositalardir.</w:t>
      </w:r>
    </w:p>
    <w:p>
      <w:pPr>
        <w:pStyle w:val="Heading1"/>
      </w:pPr>
      <w:r>
        <w:t>PEDAGOGIK TEXNOLOGIYALAR SAMARADORLIGINI BAHOLASH MEZONLARI VA USULLARI</w:t>
      </w:r>
    </w:p>
    <w:p>
      <w:r>
        <w:t>Zamonaviy pedagogik texnologiyalarning samaradorligini baholash – bu taʼlim jarayonining muvaffaqiyat darajasini aniqlash va istiqboldagi rivojlanish yoʻnalishlarini belgilash uchun muhim vosita hisoblanadi. Samaradorlik tushunchasi taʼlim natijalarining qoʻyilgan maqsadlarga qanchalik mos kelishini anglatadi va koʻp qirrali yondashuvni talab qiladi. Mazkur jarayonda asosiy eʼtibor nafaqat oʻquvchilar tomonidan bilim, koʻnikma va malakalarning oʻzlashtirilganlik darajasiga, balki ularning shaxsiy rivojlanishidagi sifat oʻzgarishlariga ham qaratiladi.</w:t>
      </w:r>
    </w:p>
    <w:p>
      <w:r>
        <w:t>Samaradorlikni baholashning asosiy mezonlaridan biri bu oʻquvchilarning bilim sifatidir. Bilim sifati deganda, olingan bilimlarning chuqurligi, tizimliligi, mustahkamligi hamda ularni amaliy faoliyatda qoʻllay olish koʻnikmalari tushuniladi. Zamonaviy pedagogik texnologiyalar, xususan, muammoli taʼlim, loyiha metodlari yoki hamkorlikda oʻqitish kabi yondashuvlar anʼanaviy metodlarga qaraganda oʻquvchilarning bilimlarni yaxshiroq oʻzlashtirishiga imkon yaratadi. Ushbu texnologiyalarning samaradorligini aniqlashda standartlashtirilgan testlar, nazorat ishlari yoki amaliy topshiriqlar natijalari tahlil qilinadi. Shuningdek, bilim sifati koʻrsatkichi oʻquvchilarning oʻzlashtirish dinamikasi asosida uzoq muddatli kuzatuvlar orqali ham baholanadi.</w:t>
      </w:r>
    </w:p>
    <w:p>
      <w:r>
        <w:t>Ikkinchi muhim mezon – bu oʻquvchilar motivatsiyasining oʻzgarishidir. Pedagogik texnologiyalarning qanchalik samarali ekanligi, ularning oʻquvchilarda oʻqishga boʻlgan ichki ishtiyoqni uygʻota olishi bilan bevosita bogʻliqdir. Masalan, oʻyinli texnologiyalar yoki interfaol metodlar oʻquv jarayonini qiziqarli qilib, passiv tinglovchini faol ishtirokchiga aylantirishi mumkin. Motivatsiyaning oʻzgarishini baholashda soʻrovnomalar, suhbatlar va psixologik testlar qoʻllaniladi. Ushbu vositalar yordamida oʻquvchilarning darsga boʻlgan munosabati, oʻziga boʻlgan ishonchi va maqsad sari intilish darajasi oʻlchanadi. Oʻz navbatida, yuqori motivatsiya bilim olish jarayonini tezlashtirib, uzoq muddatli natijalarni taʼminlaydi.</w:t>
      </w:r>
    </w:p>
    <w:p>
      <w:r>
        <w:t>Mustaqil fikrlash qobiliyati ham zamonaviy taʼlimning markaziy koʻrsatkichlaridan biridir. Bugungi axborot asrida oʻquvchidan tayyor bilimlarni oʻzlashtirish emas, balki maʼlumotlarni tanqidiy tahlil qilish, mustaqil xulosa chiqarish va muammolarga ijodiy yechim topish talab etiladi. Tadqiqotchilik va evristik metodlar asosida qurilgan texnologiyalar aynan shu koʻnikmalarni rivojlantiradi. Samaradorlikni baholashda ochiq tipdagi savollar, esse, loyiha ishlari va vaziyatli masalalar (keys-stadi) natijalari tahlil qilinadi. Bu yerda javoblarning mantiqiy izchilligi, argumentlarning asoslanganligi va fikrlarning originalligi asosiy mezon sifatida xizmat qiladi.</w:t>
      </w:r>
    </w:p>
    <w:p>
      <w:r>
        <w:t>Pedagogik texnologiyalarning yana bir muhim koʻrsatkichi – oʻquvchilarning ijodiy faolligidir. Ijodiy faollik yangi gʻoyalarni yaratish, nostandart yondashuvlarni izlash va oʻzini namoyon qilish qobiliyatida aks etadi. Bunga, ayniqsa, STEAM, dizayn-tafakkur (design thinking) yoki badiiy loyihalar kabi texnologiyalar katta taʼsir koʻrsatadi. Ijodiy faollikni baholashda ekspert bahosi, portfoliolar tahlili va amaliy mahsulotlarni (modellar, taqdimotlar, sanʼat asarlari) kuzatish usullari qoʻllaniladi. Mahsulotning yangiligi, amaliy ahamiyati va estetik sifati kabi parametrlar hisobga olinadi.</w:t>
      </w:r>
    </w:p>
    <w:p>
      <w:r>
        <w:t>Yuqoridagi mezonlarni kompleks baholash bir necha usullar orqali amalga oshiriladi. Testlar asosan bilim sifatini miqdoriy jihatdan oʻlchashda qoʻllanilsa, soʻrovnomalar motivatsiya va munosabatlarning oʻzgarishini sifat jihatidan tahlil etish imkonini beradi. Kuzatish usuli esa oʻquvchilarning dars davomidagi faolligi, hamkorlikdagi xatti-harakatlari va muammolarni yechish jarayonini bevosita qayd etishga yordam beradi. Eng ishonchli baholash usullaridan biri bu ekspert bahosidir, bunda tajribali pedagoglar va soha mutaxassislari oldindan ishlab chiqilgan indikatorlar asosida texnologiyaning taʼsir darajasini aniqlaydi. Ushbu usullarning uygʻunligi pedagogik texnologiyalarning samaradorligi haqida toʻliq va xolis tasavvur hosil qilish imkonini beradi.</w:t>
      </w:r>
    </w:p>
    <w:p>
      <w:pPr>
        <w:pStyle w:val="Heading1"/>
      </w:pPr>
      <w:r>
        <w:t>XULOSA</w:t>
      </w:r>
    </w:p>
    <w:p>
      <w:r>
        <w:t>Mazkur mustaqil ish doirasida zamonaviy pedagogik texnologiyalarning samaradorligi masalasi nazariy va amaliy jihatdan atroflicha tahlil qilindi. Tadqiqot natijalari shuni koʻrsatdiki, anʼanaviy taʼlim yondashuvlari bilan solishtirganda, interfaol metodlar, axborot-kommunikatsiya texnologiyalari, loyiha asosida oʻqitish, hamkorlikda oʻrganish kabi zamonaviy texnologiyalar oʻquvchilarning bilim olish faolligini, mustaqil fikrlash qobiliyatini va ijodiy kompetensiyalarini sezilarli darajada rivojlantiradi. Ayniqsa, shaxsga yoʻnaltirilgan taʼlim tamoyillarini amalga oshirishda ushbu texnologiyalarning oʻrni beqiyos boʻlib, ular taʼlim oluvchilarning individual ehtiyojlari, qiziqishlari va imkoniyatlarini hisobga olishga keng yoʻl ochadi.</w:t>
      </w:r>
    </w:p>
    <w:p>
      <w:r>
        <w:t>Zamonaviy pedagogik texnologiyalarning samaradorligi bir qator omillarga bogʻliq ekanligi aniqlandi. Birinchi navbatda, oʻqituvchining kasbiy tayyorgarligi va texnologik kompetentligi muhim ahamiyat kasb etadi. Oʻqituvchi nafaqat texnologiyalarni qoʻllash koʻnikmalariga ega boʻlishi, balki ularning didaktik imkoniyatlarini chuqur anglab, dars maqsadlariga mos ravishda tanlay olishi zarur. Ikkinchi omil – moddiy-texnik baza va raqamli resurslarning yetarliligi. Yetarli darajada kompyuter texnikasi, internet tarmogʻi, interfaol doskalar va sifatli elektron taʼlim materiallari mavjud boʻlmagan taqdirda, eng ilgʻor texnologiyalar ham kutilgan natijani bermaydi. Uchinchi omil sifatida taʼlim muhitining psixologik qulayligi va hamkorlikka asoslangan munosabatlar qayd etildi. Ochiq muloqot, oʻzaro hurmat va qoʻllab-quvvatlash ruhi hukm surgan sinf xonalarida oʻquvchilar yangi bilimlarni oʻzlashtirishga koʻproq intiladilar.</w:t>
      </w:r>
    </w:p>
    <w:p>
      <w:r>
        <w:t>Tahlillar shuni koʻrsatadiki, pedagogik texnologiyalarning samaradorligini baholashda faqat akademik natijalarga tayanib qolmasdan, balki oʻquvchilarning motivatsiyasi, oʻz-oʻzini baholash koʻnikmalari, tanqidiy fikrlash darajasi va ijtimoiy kompetensiyalari kabi sifat koʻrsatkichlarini ham hisobga olish lozim. Shu maqsadda formativ baholash, portfoliolar, refleksiv kundaliklar va kuzatuv varaqalari kabi muqobil baholash usullaridan keng foydalanish tavsiya etiladi. Ushbu yondashuv pedagogik texnologiyalarning taʼsirini har tomonlama va xolis baholash imkonini beradi.</w:t>
      </w:r>
    </w:p>
    <w:p>
      <w:r>
        <w:t>Olingan natijalar asosida bir qator amaliy tavsiyalar ilgari suriladi. Taʼlim muassasalari rahbarlari zamonaviy texnologiyalarni joriy etish uchun zarur infratuzilmani yaratish, oʻqituvchilarning muntazam malaka oshirishini taʼminlash va innovatsion faoliyatni ragʻbatlantirish tizimini yoʻlga qoʻyishlari muhim. Oʻqituvchilarga dars jarayonida bir-birini toʻldiradigan turli texnologiyalarni uygʻunlashtirish, har bir texnologiyaning afzallik va cheklovlarini hisobga olish, oʻquvchilarning yosh xususiyatlari va fan mazmuniga moslashtirish tavsiya etiladi. Bundan tashqari, ota-onalar va keng jamoatchilikni zamonaviy taʼlim yondashuvlarining mohiyati va afzalliklari haqida xabardor qilish, ularning qoʻllab-quvvatlashiga erishish muvaffaqiyatning muhim shartidir.</w:t>
      </w:r>
    </w:p>
    <w:p>
      <w:r>
        <w:t>Kelajakda ushbu yoʻnalishda olib borilishi zarur boʻlgan tadqiqotlar sirasiga, birinchi navbatda, sunʼiy intellekt va moslashuvchan taʼlim tizimlarining pedagogik salohiyatini oʻrganish kiradi. Shuningdek, virtual va kengaytirilgan reallik texnologiyalarining turli fanlarni oʻqitishdagi samaradorligi, gibrid taʼlim modellarini optimallashtirish masalalari ham dolzarb ilmiy muammolar sifatida eʼtiborga molik. Pedagogik texnologiyalarning oʻquvchilarning psixologik holati, ijtimoiylashuvi va qadriyat yoʻnalishlariga uzoq muddatli taʼsirini oʻrganish ham muhim vazifalardan biridir. Xulosa qilib aytish mumkinki, zamonaviy pedagogik texnologiyalar taʼlim sifatini tubdan oshirish uchun qudratli vositadir, biroq ularning imkoniyatlari faqat tizimli, ilmiy asoslangan va ijodiy yondashuv mavjud boʻlgandagina toʻliq roʻyobga chiqadi.</w:t>
      </w:r>
    </w:p>
    <w:p>
      <w:pPr>
        <w:pStyle w:val="Heading1"/>
        <w:pageBreakBefore/>
      </w:pPr>
      <w:r>
        <w:t>FOYDALANILGAN ADABIYOTLAR ROʻYXATI</w:t>
      </w:r>
    </w:p>
    <w:p>
      <w:pPr>
        <w:ind w:firstLine="0"/>
      </w:pPr>
      <w:r>
        <w:t>1. Oʻzbekiston Respublikasi Prezidentining 2020-yil 6-noyabrdagi «Oʻzbekistonning yangi taraqqiyot davrida taʼlim-tarbiya va ilm-fan sohalarini rivojlantirish chora-tadbirlari toʻgʻrisida»gi PF–6108-son Farmoni.</w:t>
      </w:r>
    </w:p>
    <w:p>
      <w:pPr>
        <w:ind w:firstLine="0"/>
      </w:pPr>
      <w:r>
        <w:t>2. Oʻzbekiston Respublikasi Vazirlar Mahkamasining 2017-yil 6-apreldagi «Umumiy oʻrta taʼlimning davlat taʼlim standartlarini tasdiqlash toʻgʻrisida»gi 187-son qarori.</w:t>
      </w:r>
    </w:p>
    <w:p>
      <w:pPr>
        <w:ind w:firstLine="0"/>
      </w:pPr>
      <w:r>
        <w:t>3. Selevko G.K. Pedagogicheskie texnologii na osnove aktivizatsii, intensifikatsii i effektivnogo upravleniya URP. – M.: NII shk. texn., 2005. – 288 b.</w:t>
      </w:r>
    </w:p>
    <w:p>
      <w:pPr>
        <w:ind w:firstLine="0"/>
      </w:pPr>
      <w:r>
        <w:t>4. Klurin M.V. Innovatsii v mirovoy pedagogike: obuchenie na osnove issledovaniya, igry, diskussii. – Riga: Eksperiment, 1998. – 180 b.</w:t>
      </w:r>
    </w:p>
    <w:p>
      <w:pPr>
        <w:ind w:firstLine="0"/>
      </w:pPr>
      <w:r>
        <w:t>5. Bespаlko V.P. Slagaemе pedagogicheskoy texnologii. – M.: Pedagogika, 1989. – 192 b.</w:t>
      </w:r>
    </w:p>
    <w:p>
      <w:pPr>
        <w:ind w:firstLine="0"/>
      </w:pPr>
      <w:r>
        <w:t>6. Farberman B.L. Ilgʻor pedagogik texnologiyalar. – Toshkent: Fan, 2001. – 84 b.</w:t>
      </w:r>
    </w:p>
    <w:p>
      <w:pPr>
        <w:ind w:firstLine="0"/>
      </w:pPr>
      <w:r>
        <w:t>7. Tolipov Oʻ., Usmonboyeva M. Pedagogik texnologiyalarning tatbiqiy asoslari. – Toshkent: Fan, 2006. – 260 b.</w:t>
      </w:r>
    </w:p>
    <w:p>
      <w:pPr>
        <w:ind w:firstLine="0"/>
      </w:pPr>
      <w:r>
        <w:t>8. Azizxoʻjaeva N.N. Pedagogik texnologiyalar va pedagogik mahorat. – Toshkent: Oʻzbekiston Yozuvchilar uyushmasi Adabiyot jamgʻarmasi nashriyoti, 2006. – 200 b.</w:t>
      </w:r>
    </w:p>
    <w:p>
      <w:pPr>
        <w:ind w:firstLine="0"/>
      </w:pPr>
      <w:r>
        <w:t>9. Klarin M.V. Innovatsionnie modeli obucheniya v zarubejnых pedagogicheskix poiskax. – M.: Arena, 1994. – 222 b.</w:t>
      </w:r>
    </w:p>
    <w:p>
      <w:pPr>
        <w:ind w:firstLine="0"/>
      </w:pPr>
      <w:r>
        <w:t>10. Gʻulomov S.S., Raximov I.X. Pedagogik texnologiyalar asoslari. – Toshkent: TDIU, 2007. – 128 b.</w:t>
      </w:r>
    </w:p>
    <w:p>
      <w:pPr>
        <w:ind w:firstLine="0"/>
      </w:pPr>
      <w:r>
        <w:t>11. Xodjaev B.X. Umumiy pedagogika nazariyasi va amaliyoti. Darslik. – Toshkent: Sano-standart, 2017. – 416 b.</w:t>
      </w:r>
    </w:p>
    <w:p>
      <w:pPr>
        <w:ind w:firstLine="0"/>
      </w:pPr>
      <w:r>
        <w:t>12. www.ziyonet.uz – Taʼlim portali: elektron darsliklar, maqolalar va pedagogik texnologiyalarga oid materiallar.</w:t>
      </w:r>
    </w:p>
    <w:sectPr w:rsidR="00FC693F" w:rsidRPr="0006063C" w:rsidSect="00034616">
      <w:footerReference w:type="default" r:id="rId9"/>
      <w:footerReference w:type="first" r:id="rId10"/>
      <w:pgSz w:w="11906" w:h="16838"/>
      <w:pgMar w:top="1134" w:right="850"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ind w:firstLine="0"/>
      <w:jc w:val="center"/>
    </w:pPr>
    <w:r>
      <w:fldChar w:fldCharType="begin"/>
      <w:instrText xml:space="preserve">PAGE</w:instrText>
    </w:r>
    <w:r>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autoHyphenation w:val="true"/>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360" w:lineRule="auto" w:before="0" w:after="0"/>
      <w:ind w:firstLine="709"/>
      <w:jc w:val="both"/>
    </w:pPr>
    <w:rPr>
      <w:rFonts w:ascii="Times New Roman" w:hAnsi="Times New Roman" w:cs="Times New Roman" w:eastAsia="Times New Roman"/>
      <w:sz w:val="28"/>
      <w:lang w:val="uz-Latn-UZ"/>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0" w:after="0" w:line="360" w:lineRule="auto"/>
      <w:ind w:firstLine="0"/>
      <w:jc w:val="center"/>
      <w:outlineLvl w:val="0"/>
    </w:pPr>
    <w:rPr>
      <w:rFonts w:ascii="Times New Roman" w:hAnsi="Times New Roman" w:cs="Times New Roman" w:eastAsia="Times New Roman"/>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0" w:after="0" w:line="360" w:lineRule="auto"/>
      <w:ind w:firstLine="0"/>
      <w:jc w:val="left"/>
      <w:outlineLvl w:val="1"/>
    </w:pPr>
    <w:rPr>
      <w:rFonts w:ascii="Times New Roman" w:hAnsi="Times New Roman" w:cs="Times New Roman" w:eastAsia="Times New Roman"/>
      <w:b/>
      <w:bCs/>
      <w:color w:val="000000"/>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Zamonaviy pedagogik texnologiyalarning samaradorligi</dc:title>
  <dc:subject/>
  <dc:creator>Madina Yo'ldosheva</dc:creator>
  <cp:keywords/>
  <dc:description>generated by python-docx</dc:description>
  <cp:lastModifiedBy>Madina Yo'ldosheva</cp:lastModifiedBy>
  <cp:revision>1</cp:revision>
  <dcterms:created xsi:type="dcterms:W3CDTF">2013-12-23T23:15:00Z</dcterms:created>
  <dcterms:modified xsi:type="dcterms:W3CDTF">2013-12-23T23:15:00Z</dcterms:modified>
  <cp:category/>
</cp:coreProperties>
</file>