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ind w:firstLine="0"/>
        <w:jc w:val="center"/>
      </w:pPr>
      <w:r>
        <w:rPr>
          <w:b/>
        </w:rPr>
        <w:t>[VAZIRLIK NOMI]</w:t>
      </w:r>
    </w:p>
    <w:p>
      <w:pPr>
        <w:spacing w:before="0"/>
        <w:ind w:firstLine="0"/>
        <w:jc w:val="center"/>
      </w:pPr>
      <w:r>
        <w:rPr>
          <w:b/>
        </w:rPr>
        <w:t>[UNIVERSITET NOMI]</w:t>
      </w:r>
    </w:p>
    <w:p>
      <w:pPr>
        <w:spacing w:before="2400"/>
        <w:ind w:firstLine="0"/>
        <w:jc w:val="center"/>
      </w:pPr>
      <w:r>
        <w:rPr>
          <w:b/>
          <w:sz w:val="48"/>
        </w:rPr>
        <w:t>REFERAT</w:t>
      </w:r>
    </w:p>
    <w:p>
      <w:pPr>
        <w:spacing w:before="480"/>
        <w:ind w:firstLine="0"/>
        <w:jc w:val="center"/>
      </w:pPr>
      <w:r>
        <w:rPr>
          <w:b/>
          <w:sz w:val="32"/>
        </w:rPr>
        <w:t>Mavzu: [MAVZU NOMINI SHU YERGA YOZING]</w:t>
      </w:r>
    </w:p>
    <w:p>
      <w:pPr>
        <w:spacing w:before="960"/>
        <w:ind w:firstLine="0"/>
        <w:jc w:val="right"/>
      </w:pPr>
      <w:r>
        <w:rPr>
          <w:b w:val="0"/>
        </w:rPr>
        <w:t>Bajardi: [Familiya Ism]</w:t>
      </w:r>
    </w:p>
    <w:p>
      <w:pPr>
        <w:spacing w:before="120"/>
        <w:ind w:firstLine="0"/>
        <w:jc w:val="right"/>
      </w:pPr>
      <w:r>
        <w:rPr>
          <w:b w:val="0"/>
        </w:rPr>
        <w:t>Guruh: [Guruh]</w:t>
      </w:r>
    </w:p>
    <w:p>
      <w:pPr>
        <w:spacing w:before="240"/>
        <w:ind w:firstLine="0"/>
        <w:jc w:val="right"/>
      </w:pPr>
      <w:r>
        <w:rPr>
          <w:b w:val="0"/>
        </w:rPr>
        <w:t>Ilmiy rahbar: [Ilmiy rahbar]</w:t>
      </w:r>
    </w:p>
    <w:p>
      <w:pPr>
        <w:framePr w:vAnchor="margin" w:yAlign="bottom" w:hAnchor="margin" w:xAlign="center" w:wrap="around"/>
        <w:ind w:firstLine="0"/>
        <w:jc w:val="center"/>
      </w:pPr>
      <w:r>
        <w:t>[Shahar]-2026</w:t>
      </w:r>
    </w:p>
    <w:p>
      <w:pPr>
        <w:keepNext/>
        <w:pageBreakBefore/>
        <w:spacing w:before="0" w:after="0"/>
        <w:ind w:firstLine="0"/>
        <w:jc w:val="center"/>
      </w:pPr>
      <w:r>
        <w:rPr>
          <w:b/>
        </w:rPr>
        <w:t>REJA</w:t>
      </w:r>
    </w:p>
    <w:p>
      <w:pPr>
        <w:ind w:firstLine="0"/>
        <w:jc w:val="left"/>
      </w:pPr>
      <w:r>
        <w:t>1. KIRISH</w:t>
      </w:r>
    </w:p>
    <w:p>
      <w:pPr>
        <w:ind w:firstLine="0"/>
        <w:jc w:val="left"/>
      </w:pPr>
      <w:r>
        <w:t>2. BIRINCHI BOB NOMI</w:t>
      </w:r>
    </w:p>
    <w:p>
      <w:pPr>
        <w:ind w:firstLine="0"/>
        <w:jc w:val="left"/>
      </w:pPr>
      <w:r>
        <w:t>3. IKKINCHI BOB NOMI</w:t>
      </w:r>
    </w:p>
    <w:p>
      <w:pPr>
        <w:ind w:firstLine="0"/>
        <w:jc w:val="left"/>
      </w:pPr>
      <w:r>
        <w:t>4. XULOSA</w:t>
      </w:r>
    </w:p>
    <w:p>
      <w:pPr>
        <w:ind w:firstLine="0"/>
        <w:jc w:val="left"/>
      </w:pPr>
      <w:r>
        <w:t>5. FOYDALANILGAN ADABIYOTLAR ROʻYXATI</w:t>
      </w:r>
    </w:p>
    <w:p>
      <w:pPr>
        <w:sectPr>
          <w:footerReference w:type="default" r:id="rId10"/>
          <w:footerReference w:type="first" r:id="rId11"/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>
      <w:pPr>
        <w:pStyle w:val="Heading1"/>
      </w:pPr>
      <w:r>
        <w:t>KIRISH</w:t>
      </w:r>
    </w:p>
    <w:p>
      <w:r>
        <w:t>Kirish qismida mavzuning dolzarbligi asoslanadi: nega aynan shu masala bugun muhim. Soʻng ishning maqsadi va vazifalari qisqa bayon qilinadi. Odatda 1–1,5 sahifa.</w:t>
      </w:r>
    </w:p>
    <w:p>
      <w:r>
        <w:t>Bu xatboshini oʻchirib, oʻz matningizni yozing. Shrift, interval va xatboshi chekinishi allaqachon toʻgʻri qoʻyilgan — ustiga yozganingizda ular saqlanib qoladi.</w:t>
      </w:r>
    </w:p>
    <w:p>
      <w:pPr>
        <w:pStyle w:val="Heading1"/>
      </w:pPr>
      <w:r>
        <w:t>BIRINCHI BOB NOMI</w:t>
      </w:r>
    </w:p>
    <w:p>
      <w:r>
        <w:t>Asosiy qismning birinchi boʻlimi. Bu yerda mavzuning nazariy asoslari yoritiladi: tushunchalar, taʼriflar, mavjud yondashuvlar.</w:t>
      </w:r>
    </w:p>
    <w:p>
      <w:r>
        <w:t>Bob sarlavhasini oʻz mavzuingizga moslang. Sarlavha uslubi saqlanishi uchun mavjud qatorning ustiga yozing — yangi qator qoʻshib, uni qoʻlda formatlashga urinmang.</w:t>
      </w:r>
    </w:p>
    <w:p>
      <w:pPr>
        <w:pStyle w:val="Heading1"/>
      </w:pPr>
      <w:r>
        <w:t>IKKINCHI BOB NOMI</w:t>
      </w:r>
    </w:p>
    <w:p>
      <w:r>
        <w:t>Ikkinchi boʻlim odatda amaliy tomonni ochadi: tahlil, misollar, taqqoslash, statistika.</w:t>
      </w:r>
    </w:p>
    <w:p>
      <w:r>
        <w:t>Boblar sonini oʻzingiz belgilaysiz — referat uchun odatda 2–4 ta boʻlim yetarli.</w:t>
      </w:r>
    </w:p>
    <w:p>
      <w:pPr>
        <w:pStyle w:val="Heading1"/>
      </w:pPr>
      <w:r>
        <w:t>XULOSA</w:t>
      </w:r>
    </w:p>
    <w:p>
      <w:r>
        <w:t>Xulosada yangi maʼlumot keltirilmaydi. Kirishda qoʻyilgan maqsadga qaytiladi va asosiy qismdan chiqqan natijalar qisqa bayon qilinadi. Odatda 1 sahifa.</w:t>
      </w:r>
    </w:p>
    <w:p>
      <w:pPr>
        <w:pStyle w:val="Heading1"/>
        <w:pageBreakBefore/>
      </w:pPr>
      <w:r>
        <w:t>FOYDALANILGAN ADABIYOTLAR ROʻYXATI</w:t>
      </w:r>
    </w:p>
    <w:p>
      <w:pPr>
        <w:ind w:firstLine="0"/>
      </w:pPr>
      <w:r>
        <w:t>1. [Muallif F.I. Kitob nomi. — Shahar: Nashriyot, yil. — sahifalar soni b.]</w:t>
      </w:r>
    </w:p>
    <w:p>
      <w:pPr>
        <w:ind w:firstLine="0"/>
      </w:pPr>
      <w:r>
        <w:t>2. [Muallif F.I. Maqola nomi // Jurnal nomi. — yil. — № son. — B. 00–00.]</w:t>
      </w:r>
    </w:p>
    <w:p>
      <w:pPr>
        <w:ind w:firstLine="0"/>
      </w:pPr>
      <w:r>
        <w:t>3. [Veb-sahifa nomi. URL: https://... (murojaat sanasi: kun.oy.yil)]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fldChar w:fldCharType="begin"/>
      <w:instrText xml:space="preserve">PAGE</w:instrTex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tru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rFonts w:ascii="Times New Roman" w:hAnsi="Times New Roman" w:cs="Times New Roman" w:eastAsia="Times New Roman"/>
      <w:sz w:val="28"/>
      <w:lang w:val="uz-Latn-U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ind w:firstLine="0"/>
      <w:jc w:val="center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ind w:firstLine="0"/>
      <w:jc w:val="left"/>
      <w:outlineLvl w:val="1"/>
    </w:pPr>
    <w:rPr>
      <w:rFonts w:ascii="Times New Roman" w:hAnsi="Times New Roman" w:cs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[MAVZU NOMINI SHU YERGA YOZING]</dc:title>
  <dc:subject/>
  <dc:creator>[Familiya Ism]</dc:creator>
  <cp:keywords/>
  <dc:description>generated by python-docx</dc:description>
  <cp:lastModifiedBy>[Familiya Ism]</cp:lastModifiedBy>
  <cp:revision>1</cp:revision>
  <dcterms:created xsi:type="dcterms:W3CDTF">2013-12-23T23:15:00Z</dcterms:created>
  <dcterms:modified xsi:type="dcterms:W3CDTF">2013-12-23T23:15:00Z</dcterms:modified>
  <cp:category/>
</cp:coreProperties>
</file>